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9B720" w14:textId="4190BE65" w:rsidR="00473137" w:rsidRPr="000D6F45" w:rsidRDefault="00FE2436" w:rsidP="00473137">
      <w:pPr>
        <w:bidi/>
        <w:jc w:val="center"/>
        <w:rPr>
          <w:rFonts w:ascii="B Nazanin" w:hAnsi="B Nazanin" w:cs="B Titr"/>
          <w:bCs/>
          <w:sz w:val="32"/>
          <w:szCs w:val="32"/>
          <w:rtl/>
        </w:rPr>
      </w:pPr>
      <w:r w:rsidRPr="0016734E">
        <w:rPr>
          <w:rFonts w:ascii="B Nazanin" w:hAnsi="B Nazanin" w:cs="B Titr"/>
          <w:b/>
          <w:bCs/>
          <w:noProof/>
          <w:sz w:val="10"/>
          <w:szCs w:val="10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E50839" wp14:editId="65F04950">
                <wp:simplePos x="0" y="0"/>
                <wp:positionH relativeFrom="column">
                  <wp:posOffset>233045</wp:posOffset>
                </wp:positionH>
                <wp:positionV relativeFrom="paragraph">
                  <wp:posOffset>-1208405</wp:posOffset>
                </wp:positionV>
                <wp:extent cx="1928812" cy="435768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812" cy="435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01209" w14:textId="15B9D2E4" w:rsidR="00FE2436" w:rsidRPr="00A31F5A" w:rsidRDefault="00FE2436" w:rsidP="00FE2436">
                            <w:pPr>
                              <w:tabs>
                                <w:tab w:val="left" w:pos="27"/>
                              </w:tabs>
                              <w:bidi/>
                              <w:spacing w:after="0" w:line="240" w:lineRule="auto"/>
                              <w:rPr>
                                <w:rFonts w:ascii="B Nazanin" w:hAnsi="B Nazanin"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A31F5A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تاریخ و شماره ویرایش: </w:t>
                            </w:r>
                            <w:r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2</w:t>
                            </w:r>
                            <w:r w:rsidRPr="00A31F5A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/</w:t>
                            </w:r>
                            <w:r w:rsidR="008E1024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6</w:t>
                            </w:r>
                            <w:r w:rsidRPr="00A31F5A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/140</w:t>
                            </w:r>
                            <w:r w:rsidR="008E1024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5</w:t>
                            </w:r>
                            <w:r w:rsidRPr="00A31F5A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(ویرایش </w:t>
                            </w:r>
                            <w:r w:rsidR="008E1024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2</w:t>
                            </w:r>
                            <w:r w:rsidRPr="00A31F5A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55F0A98D" w14:textId="77777777" w:rsidR="00FE2436" w:rsidRPr="00A31F5A" w:rsidRDefault="00FE2436" w:rsidP="00FE2436">
                            <w:pPr>
                              <w:tabs>
                                <w:tab w:val="left" w:pos="27"/>
                              </w:tabs>
                              <w:bidi/>
                              <w:spacing w:after="0" w:line="240" w:lineRule="auto"/>
                              <w:rPr>
                                <w:rFonts w:ascii="B Nazanin" w:hAnsi="B Nazanin"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31F5A">
                              <w:rPr>
                                <w:rFonts w:ascii="B Nazanin" w:hAnsi="B Nazanin"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طراحی: دکتر مهدی محمدی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508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35pt;margin-top:-95.15pt;width:151.85pt;height:3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" stroked="f">
                <v:textbox>
                  <w:txbxContent>
                    <w:p w14:paraId="35F01209" w14:textId="15B9D2E4" w:rsidR="00FE2436" w:rsidRPr="00A31F5A" w:rsidRDefault="00FE2436" w:rsidP="00FE2436">
                      <w:pPr>
                        <w:tabs>
                          <w:tab w:val="left" w:pos="27"/>
                        </w:tabs>
                        <w:bidi/>
                        <w:spacing w:after="0" w:line="240" w:lineRule="auto"/>
                        <w:rPr>
                          <w:rFonts w:ascii="B Nazanin" w:hAnsi="B Nazanin"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A31F5A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تاریخ و شماره ویرایش: </w:t>
                      </w:r>
                      <w:r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2</w:t>
                      </w:r>
                      <w:r w:rsidRPr="00A31F5A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/</w:t>
                      </w:r>
                      <w:r w:rsidR="008E1024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6</w:t>
                      </w:r>
                      <w:r w:rsidRPr="00A31F5A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/140</w:t>
                      </w:r>
                      <w:r w:rsidR="008E1024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5</w:t>
                      </w:r>
                      <w:r w:rsidRPr="00A31F5A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(ویرایش </w:t>
                      </w:r>
                      <w:r w:rsidR="008E1024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2</w:t>
                      </w:r>
                      <w:r w:rsidRPr="00A31F5A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)</w:t>
                      </w:r>
                    </w:p>
                    <w:p w14:paraId="55F0A98D" w14:textId="77777777" w:rsidR="00FE2436" w:rsidRPr="00A31F5A" w:rsidRDefault="00FE2436" w:rsidP="00FE2436">
                      <w:pPr>
                        <w:tabs>
                          <w:tab w:val="left" w:pos="27"/>
                        </w:tabs>
                        <w:bidi/>
                        <w:spacing w:after="0" w:line="240" w:lineRule="auto"/>
                        <w:rPr>
                          <w:rFonts w:ascii="B Nazanin" w:hAnsi="B Nazanin" w:cs="B Nazanin"/>
                          <w:sz w:val="18"/>
                          <w:szCs w:val="18"/>
                          <w:lang w:bidi="fa-IR"/>
                        </w:rPr>
                      </w:pPr>
                      <w:r w:rsidRPr="00A31F5A">
                        <w:rPr>
                          <w:rFonts w:ascii="B Nazanin" w:hAnsi="B Nazanin" w:cs="B Nazanin" w:hint="cs"/>
                          <w:sz w:val="18"/>
                          <w:szCs w:val="18"/>
                          <w:rtl/>
                          <w:lang w:bidi="fa-IR"/>
                        </w:rPr>
                        <w:t>طراحی: دکتر مهدی محمدی</w:t>
                      </w:r>
                    </w:p>
                  </w:txbxContent>
                </v:textbox>
              </v:shape>
            </w:pict>
          </mc:Fallback>
        </mc:AlternateContent>
      </w:r>
      <w:r w:rsidR="001238E0" w:rsidRPr="000D6F45">
        <w:rPr>
          <w:rFonts w:ascii="B Nazanin" w:hAnsi="B Nazanin" w:cs="B Titr" w:hint="cs"/>
          <w:bCs/>
          <w:sz w:val="32"/>
          <w:szCs w:val="32"/>
          <w:rtl/>
        </w:rPr>
        <w:t>فرم «نو</w:t>
      </w:r>
      <w:r w:rsidR="0009020A">
        <w:rPr>
          <w:rFonts w:cs="B Titr" w:hint="cs"/>
          <w:bCs/>
          <w:sz w:val="32"/>
          <w:szCs w:val="32"/>
          <w:rtl/>
        </w:rPr>
        <w:t>م</w:t>
      </w:r>
      <w:r w:rsidR="001238E0" w:rsidRPr="000D6F45">
        <w:rPr>
          <w:rFonts w:ascii="B Nazanin" w:hAnsi="B Nazanin" w:cs="B Titr" w:hint="cs"/>
          <w:bCs/>
          <w:sz w:val="32"/>
          <w:szCs w:val="32"/>
          <w:rtl/>
        </w:rPr>
        <w:t>اد» و «نو</w:t>
      </w:r>
      <w:r w:rsidR="0009020A">
        <w:rPr>
          <w:rFonts w:ascii="B Nazanin" w:hAnsi="B Nazanin" w:cs="B Titr" w:hint="cs"/>
          <w:bCs/>
          <w:sz w:val="32"/>
          <w:szCs w:val="32"/>
          <w:rtl/>
        </w:rPr>
        <w:t>ب</w:t>
      </w:r>
      <w:r w:rsidR="001238E0" w:rsidRPr="000D6F45">
        <w:rPr>
          <w:rFonts w:ascii="B Nazanin" w:hAnsi="B Nazanin" w:cs="B Titr" w:hint="cs"/>
          <w:bCs/>
          <w:sz w:val="32"/>
          <w:szCs w:val="32"/>
          <w:rtl/>
        </w:rPr>
        <w:t>اد» (نقشه وضعیت موجود و بهینه ارزشیابی</w:t>
      </w:r>
      <w:r w:rsidR="00F54214">
        <w:rPr>
          <w:rFonts w:ascii="B Nazanin" w:hAnsi="B Nazanin" w:cs="B Titr" w:hint="cs"/>
          <w:bCs/>
          <w:sz w:val="32"/>
          <w:szCs w:val="32"/>
          <w:rtl/>
        </w:rPr>
        <w:t xml:space="preserve"> دانشجو</w:t>
      </w:r>
      <w:r w:rsidR="001238E0" w:rsidRPr="000D6F45">
        <w:rPr>
          <w:rFonts w:ascii="B Nazanin" w:hAnsi="B Nazanin" w:cs="B Titr" w:hint="cs"/>
          <w:bCs/>
          <w:sz w:val="32"/>
          <w:szCs w:val="32"/>
          <w:rtl/>
        </w:rPr>
        <w:t>)</w:t>
      </w:r>
      <w:r w:rsidR="00473137">
        <w:rPr>
          <w:rFonts w:ascii="B Nazanin" w:hAnsi="B Nazanin" w:cs="B Titr"/>
          <w:bCs/>
          <w:sz w:val="32"/>
          <w:szCs w:val="32"/>
          <w:rtl/>
        </w:rPr>
        <w:br/>
      </w:r>
      <w:r w:rsidR="00473137">
        <w:rPr>
          <w:rFonts w:ascii="B Nazanin" w:hAnsi="B Nazanin" w:cs="B Titr" w:hint="cs"/>
          <w:bCs/>
          <w:sz w:val="32"/>
          <w:szCs w:val="32"/>
          <w:rtl/>
        </w:rPr>
        <w:t>دانشکده فناوری‌های نوین پزشکی</w:t>
      </w:r>
    </w:p>
    <w:p w14:paraId="63232B44" w14:textId="77777777" w:rsidR="006873C6" w:rsidRDefault="006873C6" w:rsidP="00B6630E">
      <w:pPr>
        <w:bidi/>
      </w:pPr>
    </w:p>
    <w:p w14:paraId="573FA8A4" w14:textId="37EEB004" w:rsidR="006873C6" w:rsidRPr="00E07AD7" w:rsidRDefault="00E07AD7" w:rsidP="000D6F45">
      <w:pPr>
        <w:bidi/>
        <w:rPr>
          <w:rFonts w:cs="B Nazanin"/>
          <w:bCs/>
          <w:sz w:val="28"/>
          <w:szCs w:val="28"/>
        </w:rPr>
      </w:pPr>
      <w:r w:rsidRPr="00E07AD7">
        <w:rPr>
          <w:rFonts w:ascii="B Nazanin" w:hAnsi="B Nazanin" w:cs="B Nazanin" w:hint="cs"/>
          <w:bCs/>
          <w:sz w:val="32"/>
          <w:szCs w:val="28"/>
          <w:rtl/>
        </w:rPr>
        <w:t>اطلاعات درس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45"/>
        <w:gridCol w:w="5748"/>
      </w:tblGrid>
      <w:tr w:rsidR="00E07AD7" w:rsidRPr="000D6F45" w14:paraId="44CE99C6" w14:textId="77777777" w:rsidTr="00E07AD7">
        <w:trPr>
          <w:trHeight w:val="872"/>
        </w:trPr>
        <w:tc>
          <w:tcPr>
            <w:tcW w:w="3145" w:type="dxa"/>
            <w:vAlign w:val="center"/>
          </w:tcPr>
          <w:p w14:paraId="7F0984F6" w14:textId="77777777" w:rsidR="00E07AD7" w:rsidRPr="0037167C" w:rsidRDefault="00E07AD7" w:rsidP="00B6630E">
            <w:pPr>
              <w:bidi/>
              <w:rPr>
                <w:b/>
                <w:bCs/>
                <w:sz w:val="28"/>
                <w:szCs w:val="28"/>
              </w:rPr>
            </w:pPr>
            <w:proofErr w:type="spellStart"/>
            <w:r w:rsidRPr="0037167C">
              <w:rPr>
                <w:rFonts w:ascii="B Nazanin" w:hAnsi="B Nazanin" w:cs="B Nazanin"/>
                <w:b/>
                <w:bCs/>
                <w:sz w:val="28"/>
                <w:szCs w:val="28"/>
              </w:rPr>
              <w:t>نام</w:t>
            </w:r>
            <w:proofErr w:type="spellEnd"/>
            <w:r w:rsidRPr="0037167C">
              <w:rPr>
                <w:rFonts w:ascii="B Nazanin" w:hAnsi="B Nazanin" w:cs="B Nazani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7167C">
              <w:rPr>
                <w:rFonts w:ascii="B Nazanin" w:hAnsi="B Nazanin" w:cs="B Nazanin"/>
                <w:b/>
                <w:bCs/>
                <w:sz w:val="28"/>
                <w:szCs w:val="28"/>
              </w:rPr>
              <w:t>درس</w:t>
            </w:r>
            <w:proofErr w:type="spellEnd"/>
          </w:p>
        </w:tc>
        <w:tc>
          <w:tcPr>
            <w:tcW w:w="5748" w:type="dxa"/>
            <w:vAlign w:val="center"/>
          </w:tcPr>
          <w:p w14:paraId="2B3EDFBC" w14:textId="77777777" w:rsidR="00E07AD7" w:rsidRPr="000D6F45" w:rsidRDefault="00E07AD7" w:rsidP="00B6630E">
            <w:pPr>
              <w:bidi/>
              <w:rPr>
                <w:sz w:val="28"/>
                <w:szCs w:val="28"/>
              </w:rPr>
            </w:pPr>
            <w:r w:rsidRPr="000D6F45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683DB06B" w14:textId="77777777" w:rsidTr="00E07AD7">
        <w:trPr>
          <w:trHeight w:val="860"/>
        </w:trPr>
        <w:tc>
          <w:tcPr>
            <w:tcW w:w="3145" w:type="dxa"/>
            <w:vAlign w:val="center"/>
          </w:tcPr>
          <w:p w14:paraId="06CA3455" w14:textId="5724B983" w:rsidR="00E07AD7" w:rsidRPr="0037167C" w:rsidRDefault="00E07AD7" w:rsidP="00E07AD7">
            <w:pPr>
              <w:bidi/>
              <w:rPr>
                <w:rFonts w:ascii="B Nazanin" w:hAnsi="B Nazanin" w:cs="B Nazanin"/>
                <w:b/>
                <w:bCs/>
                <w:sz w:val="28"/>
                <w:szCs w:val="28"/>
              </w:rPr>
            </w:pPr>
            <w:r w:rsidRPr="0037167C">
              <w:rPr>
                <w:rFonts w:ascii="B Nazanin" w:hAnsi="B Nazanin" w:cs="B Nazanin"/>
                <w:b/>
                <w:bCs/>
                <w:sz w:val="28"/>
                <w:szCs w:val="28"/>
              </w:rPr>
              <w:t>گروه آموزشی</w:t>
            </w:r>
          </w:p>
        </w:tc>
        <w:tc>
          <w:tcPr>
            <w:tcW w:w="5748" w:type="dxa"/>
          </w:tcPr>
          <w:p w14:paraId="16464539" w14:textId="37CBAC89" w:rsidR="00E07AD7" w:rsidRPr="000D6F45" w:rsidRDefault="00E07AD7" w:rsidP="00E07AD7">
            <w:pPr>
              <w:bidi/>
              <w:rPr>
                <w:rFonts w:ascii="B Nazanin" w:hAnsi="B Nazanin" w:cs="B Nazanin"/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44731B3C" w14:textId="77777777" w:rsidTr="00E07AD7">
        <w:trPr>
          <w:trHeight w:val="872"/>
        </w:trPr>
        <w:tc>
          <w:tcPr>
            <w:tcW w:w="3145" w:type="dxa"/>
            <w:vAlign w:val="center"/>
          </w:tcPr>
          <w:p w14:paraId="740CD519" w14:textId="0E6FA3CE" w:rsidR="00E07AD7" w:rsidRPr="0037167C" w:rsidRDefault="00E07AD7" w:rsidP="00E07AD7">
            <w:pPr>
              <w:bidi/>
              <w:rPr>
                <w:rFonts w:ascii="B Nazanin" w:hAnsi="B Nazanin" w:cs="B Nazanin"/>
                <w:b/>
                <w:bCs/>
                <w:sz w:val="28"/>
                <w:szCs w:val="28"/>
              </w:rPr>
            </w:pPr>
            <w:r>
              <w:rPr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>نیمسال تحصیلی</w:t>
            </w:r>
          </w:p>
        </w:tc>
        <w:tc>
          <w:tcPr>
            <w:tcW w:w="5748" w:type="dxa"/>
          </w:tcPr>
          <w:p w14:paraId="2B5824C8" w14:textId="1BA6DEBC" w:rsidR="00E07AD7" w:rsidRPr="000D6F45" w:rsidRDefault="00E07AD7" w:rsidP="00E07AD7">
            <w:pPr>
              <w:bidi/>
              <w:rPr>
                <w:rFonts w:ascii="B Nazanin" w:hAnsi="B Nazanin" w:cs="B Nazanin"/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515D66E5" w14:textId="77777777" w:rsidTr="00E07AD7">
        <w:trPr>
          <w:trHeight w:val="872"/>
        </w:trPr>
        <w:tc>
          <w:tcPr>
            <w:tcW w:w="3145" w:type="dxa"/>
            <w:vAlign w:val="center"/>
          </w:tcPr>
          <w:p w14:paraId="2DB7B8F1" w14:textId="4A88E1D1" w:rsidR="00E07AD7" w:rsidRPr="0037167C" w:rsidRDefault="00E07AD7" w:rsidP="00E07AD7">
            <w:pPr>
              <w:bidi/>
              <w:rPr>
                <w:rFonts w:ascii="B Nazanin" w:hAnsi="B Nazanin" w:cs="B Nazanin"/>
                <w:b/>
                <w:bCs/>
                <w:sz w:val="28"/>
                <w:szCs w:val="28"/>
              </w:rPr>
            </w:pPr>
            <w:proofErr w:type="spellStart"/>
            <w:r w:rsidRPr="00D77999">
              <w:rPr>
                <w:rFonts w:ascii="B Nazanin" w:hAnsi="B Nazanin" w:cs="B Nazanin"/>
                <w:b/>
                <w:bCs/>
                <w:sz w:val="28"/>
                <w:szCs w:val="28"/>
              </w:rPr>
              <w:t>پیش‌نیازها</w:t>
            </w:r>
            <w:proofErr w:type="spellEnd"/>
          </w:p>
        </w:tc>
        <w:tc>
          <w:tcPr>
            <w:tcW w:w="5748" w:type="dxa"/>
          </w:tcPr>
          <w:p w14:paraId="7C3EC2F3" w14:textId="6BBB9967" w:rsidR="00E07AD7" w:rsidRPr="000D6F45" w:rsidRDefault="00E07AD7" w:rsidP="00E07AD7">
            <w:pPr>
              <w:bidi/>
              <w:rPr>
                <w:rFonts w:ascii="B Nazanin" w:hAnsi="B Nazanin" w:cs="B Nazanin"/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0323324E" w14:textId="77777777" w:rsidTr="00E07AD7">
        <w:trPr>
          <w:trHeight w:val="860"/>
        </w:trPr>
        <w:tc>
          <w:tcPr>
            <w:tcW w:w="3145" w:type="dxa"/>
            <w:vAlign w:val="center"/>
          </w:tcPr>
          <w:p w14:paraId="07531E7D" w14:textId="72D1950C" w:rsidR="00E07AD7" w:rsidRPr="0037167C" w:rsidRDefault="00E07AD7" w:rsidP="00E07AD7">
            <w:pPr>
              <w:bidi/>
              <w:rPr>
                <w:rFonts w:ascii="B Nazanin" w:hAnsi="B Nazanin" w:cs="B Nazanin"/>
                <w:b/>
                <w:bCs/>
                <w:sz w:val="28"/>
                <w:szCs w:val="28"/>
              </w:rPr>
            </w:pPr>
            <w:r>
              <w:rPr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>مدرس/مدرسین</w:t>
            </w:r>
          </w:p>
        </w:tc>
        <w:tc>
          <w:tcPr>
            <w:tcW w:w="5748" w:type="dxa"/>
          </w:tcPr>
          <w:p w14:paraId="1AC5514B" w14:textId="16F8ECB9" w:rsidR="00E07AD7" w:rsidRPr="000D6F45" w:rsidRDefault="00E07AD7" w:rsidP="00E07AD7">
            <w:pPr>
              <w:bidi/>
              <w:rPr>
                <w:rFonts w:ascii="B Nazanin" w:hAnsi="B Nazanin" w:cs="B Nazanin"/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000197C5" w14:textId="77777777" w:rsidTr="00E07AD7">
        <w:trPr>
          <w:trHeight w:val="872"/>
        </w:trPr>
        <w:tc>
          <w:tcPr>
            <w:tcW w:w="3145" w:type="dxa"/>
            <w:vAlign w:val="center"/>
          </w:tcPr>
          <w:p w14:paraId="5EFBFF37" w14:textId="598C082F" w:rsidR="00E07AD7" w:rsidRPr="0037167C" w:rsidRDefault="00E07AD7" w:rsidP="00E07AD7">
            <w:pPr>
              <w:bidi/>
              <w:rPr>
                <w:rFonts w:ascii="B Nazanin" w:hAnsi="B Nazanin" w:cs="B Nazanin"/>
                <w:b/>
                <w:bCs/>
                <w:sz w:val="28"/>
                <w:szCs w:val="28"/>
              </w:rPr>
            </w:pPr>
            <w:r>
              <w:rPr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 xml:space="preserve">مسئول درس </w:t>
            </w:r>
          </w:p>
        </w:tc>
        <w:tc>
          <w:tcPr>
            <w:tcW w:w="5748" w:type="dxa"/>
          </w:tcPr>
          <w:p w14:paraId="047AB727" w14:textId="669E22B0" w:rsidR="00E07AD7" w:rsidRPr="000D6F45" w:rsidRDefault="00E07AD7" w:rsidP="00E07AD7">
            <w:pPr>
              <w:bidi/>
              <w:rPr>
                <w:rFonts w:ascii="B Nazanin" w:hAnsi="B Nazanin" w:cs="B Nazanin"/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4F4AA85F" w14:textId="77777777" w:rsidTr="00E07AD7">
        <w:trPr>
          <w:trHeight w:val="860"/>
        </w:trPr>
        <w:tc>
          <w:tcPr>
            <w:tcW w:w="3145" w:type="dxa"/>
            <w:vAlign w:val="center"/>
          </w:tcPr>
          <w:p w14:paraId="34F7FC2D" w14:textId="7BC69883" w:rsidR="00E07AD7" w:rsidRPr="0037167C" w:rsidRDefault="00E07AD7" w:rsidP="00E07AD7">
            <w:pPr>
              <w:bidi/>
              <w:rPr>
                <w:rFonts w:ascii="B Nazanin" w:hAnsi="B Nazanin" w:cs="B Nazanin"/>
                <w:b/>
                <w:bCs/>
                <w:sz w:val="28"/>
                <w:szCs w:val="28"/>
              </w:rPr>
            </w:pPr>
            <w:r>
              <w:rPr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>شماره تماس مسئول درس</w:t>
            </w:r>
          </w:p>
        </w:tc>
        <w:tc>
          <w:tcPr>
            <w:tcW w:w="5748" w:type="dxa"/>
          </w:tcPr>
          <w:p w14:paraId="28920F6F" w14:textId="5BA59D97" w:rsidR="00E07AD7" w:rsidRPr="000D6F45" w:rsidRDefault="00E07AD7" w:rsidP="00E07AD7">
            <w:pPr>
              <w:bidi/>
              <w:rPr>
                <w:rFonts w:ascii="B Nazanin" w:hAnsi="B Nazanin" w:cs="B Nazanin"/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  <w:tr w:rsidR="00E07AD7" w:rsidRPr="000D6F45" w14:paraId="27BD28C7" w14:textId="77777777" w:rsidTr="00E07AD7">
        <w:trPr>
          <w:trHeight w:val="872"/>
        </w:trPr>
        <w:tc>
          <w:tcPr>
            <w:tcW w:w="3145" w:type="dxa"/>
            <w:vAlign w:val="center"/>
          </w:tcPr>
          <w:p w14:paraId="44EE25A2" w14:textId="20403598" w:rsidR="00E07AD7" w:rsidRPr="0037167C" w:rsidRDefault="00E07AD7" w:rsidP="00E07AD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>ایمیل مسئول درس</w:t>
            </w:r>
          </w:p>
        </w:tc>
        <w:tc>
          <w:tcPr>
            <w:tcW w:w="5748" w:type="dxa"/>
          </w:tcPr>
          <w:p w14:paraId="7F26967C" w14:textId="1B70AECD" w:rsidR="00E07AD7" w:rsidRPr="000D6F45" w:rsidRDefault="00E07AD7" w:rsidP="00E07AD7">
            <w:pPr>
              <w:bidi/>
              <w:rPr>
                <w:sz w:val="28"/>
                <w:szCs w:val="28"/>
              </w:rPr>
            </w:pPr>
            <w:r w:rsidRPr="00B340CB">
              <w:rPr>
                <w:rFonts w:ascii="B Nazanin" w:hAnsi="B Nazanin" w:cs="B Nazanin"/>
                <w:sz w:val="28"/>
                <w:szCs w:val="28"/>
              </w:rPr>
              <w:t>……</w:t>
            </w:r>
          </w:p>
        </w:tc>
      </w:tr>
    </w:tbl>
    <w:p w14:paraId="3BBC0493" w14:textId="77777777" w:rsidR="006873C6" w:rsidRDefault="006873C6" w:rsidP="00B6630E">
      <w:pPr>
        <w:bidi/>
      </w:pPr>
    </w:p>
    <w:p w14:paraId="2AE78140" w14:textId="77777777" w:rsidR="00473137" w:rsidRDefault="00473137" w:rsidP="00B6630E">
      <w:pPr>
        <w:bidi/>
        <w:jc w:val="right"/>
        <w:rPr>
          <w:rFonts w:ascii="B Nazanin" w:hAnsi="B Nazanin" w:cs="B Nazanin"/>
          <w:b/>
          <w:sz w:val="28"/>
        </w:rPr>
        <w:sectPr w:rsidR="00473137" w:rsidSect="004A6332">
          <w:headerReference w:type="default" r:id="rId8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37084090" w14:textId="1EB6FF60" w:rsidR="006873C6" w:rsidRPr="00076797" w:rsidRDefault="00000000" w:rsidP="00076797">
      <w:pPr>
        <w:bidi/>
        <w:jc w:val="center"/>
        <w:rPr>
          <w:sz w:val="32"/>
          <w:szCs w:val="32"/>
        </w:rPr>
      </w:pPr>
      <w:proofErr w:type="spellStart"/>
      <w:r w:rsidRPr="00076797">
        <w:rPr>
          <w:rFonts w:ascii="B Nazanin" w:hAnsi="B Nazanin" w:cs="B Nazanin"/>
          <w:b/>
          <w:sz w:val="32"/>
          <w:szCs w:val="32"/>
        </w:rPr>
        <w:lastRenderedPageBreak/>
        <w:t>نوماد</w:t>
      </w:r>
      <w:proofErr w:type="spellEnd"/>
      <w:r w:rsidR="00076797">
        <w:rPr>
          <w:rFonts w:ascii="B Nazanin" w:hAnsi="B Nazanin" w:cs="B Nazanin" w:hint="cs"/>
          <w:b/>
          <w:sz w:val="32"/>
          <w:szCs w:val="32"/>
          <w:rtl/>
        </w:rPr>
        <w:t xml:space="preserve"> </w:t>
      </w:r>
      <w:r w:rsidR="00076797" w:rsidRPr="00076797">
        <w:rPr>
          <w:rFonts w:ascii="B Nazanin" w:hAnsi="B Nazanin" w:cs="B Nazanin" w:hint="cs"/>
          <w:b/>
          <w:sz w:val="32"/>
          <w:szCs w:val="32"/>
          <w:rtl/>
        </w:rPr>
        <w:t>(</w:t>
      </w:r>
      <w:proofErr w:type="spellStart"/>
      <w:r w:rsidRPr="00076797">
        <w:rPr>
          <w:rFonts w:ascii="B Nazanin" w:hAnsi="B Nazanin" w:cs="B Nazanin"/>
          <w:b/>
          <w:sz w:val="32"/>
          <w:szCs w:val="32"/>
        </w:rPr>
        <w:t>نقشه</w:t>
      </w:r>
      <w:proofErr w:type="spellEnd"/>
      <w:r w:rsidRPr="00076797">
        <w:rPr>
          <w:rFonts w:ascii="B Nazanin" w:hAnsi="B Nazanin" w:cs="B Nazanin"/>
          <w:b/>
          <w:sz w:val="32"/>
          <w:szCs w:val="32"/>
        </w:rPr>
        <w:t xml:space="preserve"> </w:t>
      </w:r>
      <w:proofErr w:type="spellStart"/>
      <w:r w:rsidRPr="00076797">
        <w:rPr>
          <w:rFonts w:ascii="B Nazanin" w:hAnsi="B Nazanin" w:cs="B Nazanin"/>
          <w:b/>
          <w:sz w:val="32"/>
          <w:szCs w:val="32"/>
        </w:rPr>
        <w:t>وضعیت</w:t>
      </w:r>
      <w:proofErr w:type="spellEnd"/>
      <w:r w:rsidRPr="00076797">
        <w:rPr>
          <w:rFonts w:ascii="B Nazanin" w:hAnsi="B Nazanin" w:cs="B Nazanin"/>
          <w:b/>
          <w:sz w:val="32"/>
          <w:szCs w:val="32"/>
        </w:rPr>
        <w:t xml:space="preserve"> </w:t>
      </w:r>
      <w:proofErr w:type="spellStart"/>
      <w:r w:rsidRPr="00076797">
        <w:rPr>
          <w:rFonts w:ascii="B Nazanin" w:hAnsi="B Nazanin" w:cs="B Nazanin"/>
          <w:b/>
          <w:sz w:val="32"/>
          <w:szCs w:val="32"/>
        </w:rPr>
        <w:t>موجود</w:t>
      </w:r>
      <w:proofErr w:type="spellEnd"/>
      <w:r w:rsidRPr="00076797">
        <w:rPr>
          <w:rFonts w:ascii="B Nazanin" w:hAnsi="B Nazanin" w:cs="B Nazanin"/>
          <w:b/>
          <w:sz w:val="32"/>
          <w:szCs w:val="32"/>
        </w:rPr>
        <w:t xml:space="preserve"> </w:t>
      </w:r>
      <w:proofErr w:type="spellStart"/>
      <w:r w:rsidRPr="00076797">
        <w:rPr>
          <w:rFonts w:ascii="B Nazanin" w:hAnsi="B Nazanin" w:cs="B Nazanin"/>
          <w:b/>
          <w:sz w:val="32"/>
          <w:szCs w:val="32"/>
        </w:rPr>
        <w:t>ارزشیابی</w:t>
      </w:r>
      <w:proofErr w:type="spellEnd"/>
      <w:r w:rsidR="00F54214" w:rsidRPr="00F54214">
        <w:rPr>
          <w:rFonts w:ascii="B Nazanin" w:hAnsi="B Nazanin" w:cs="B Nazanin" w:hint="cs"/>
          <w:bCs/>
          <w:sz w:val="32"/>
          <w:szCs w:val="32"/>
          <w:rtl/>
        </w:rPr>
        <w:t xml:space="preserve"> دانشجو</w:t>
      </w:r>
      <w:r w:rsidR="00076797" w:rsidRPr="00076797">
        <w:rPr>
          <w:rFonts w:ascii="B Nazanin" w:hAnsi="B Nazanin" w:cs="B Nazanin" w:hint="cs"/>
          <w:b/>
          <w:sz w:val="32"/>
          <w:szCs w:val="32"/>
          <w:rtl/>
        </w:rPr>
        <w:t>)</w:t>
      </w:r>
    </w:p>
    <w:p w14:paraId="630337E4" w14:textId="77777777" w:rsidR="005957B4" w:rsidRDefault="005957B4" w:rsidP="00076797">
      <w:pPr>
        <w:bidi/>
        <w:rPr>
          <w:rFonts w:ascii="B Nazanin" w:hAnsi="B Nazanin" w:cs="B Nazanin"/>
          <w:b/>
          <w:sz w:val="28"/>
          <w:szCs w:val="28"/>
          <w:rtl/>
        </w:rPr>
      </w:pPr>
    </w:p>
    <w:p w14:paraId="52A1A0E3" w14:textId="771C83F3" w:rsidR="006873C6" w:rsidRPr="00177203" w:rsidRDefault="00177203" w:rsidP="00177203">
      <w:pPr>
        <w:bidi/>
        <w:rPr>
          <w:bCs/>
          <w:sz w:val="28"/>
          <w:szCs w:val="28"/>
        </w:rPr>
      </w:pPr>
      <w:r w:rsidRPr="00177203">
        <w:rPr>
          <w:rFonts w:ascii="B Nazanin" w:hAnsi="B Nazanin" w:cs="B Nazanin" w:hint="cs"/>
          <w:bCs/>
          <w:sz w:val="28"/>
          <w:szCs w:val="28"/>
          <w:rtl/>
        </w:rPr>
        <w:t xml:space="preserve">1) 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جدول</w:t>
      </w:r>
      <w:proofErr w:type="spellEnd"/>
      <w:r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نحوه</w:t>
      </w:r>
      <w:proofErr w:type="spellEnd"/>
      <w:r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ارزشیابی</w:t>
      </w:r>
      <w:proofErr w:type="spellEnd"/>
      <w:r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دانشجو</w:t>
      </w:r>
      <w:proofErr w:type="spellEnd"/>
      <w:r w:rsidR="005957B4" w:rsidRPr="00177203">
        <w:rPr>
          <w:rFonts w:ascii="B Nazanin" w:hAnsi="B Nazanin" w:cs="B Nazanin" w:hint="cs"/>
          <w:b/>
          <w:sz w:val="28"/>
          <w:szCs w:val="28"/>
          <w:rtl/>
        </w:rPr>
        <w:t xml:space="preserve"> (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وضعیت</w:t>
      </w:r>
      <w:proofErr w:type="spellEnd"/>
      <w:r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موجود</w:t>
      </w:r>
      <w:proofErr w:type="spellEnd"/>
      <w:r w:rsidR="005957B4" w:rsidRPr="00177203">
        <w:rPr>
          <w:rFonts w:ascii="B Nazanin" w:hAnsi="B Nazanin" w:cs="B Nazanin" w:hint="cs"/>
          <w:b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10"/>
        <w:gridCol w:w="1526"/>
        <w:gridCol w:w="1242"/>
        <w:gridCol w:w="1295"/>
        <w:gridCol w:w="1267"/>
        <w:gridCol w:w="1172"/>
        <w:gridCol w:w="2024"/>
      </w:tblGrid>
      <w:tr w:rsidR="006873C6" w:rsidRPr="00011723" w14:paraId="3CFE50BD" w14:textId="77777777" w:rsidTr="0064352B">
        <w:trPr>
          <w:jc w:val="center"/>
        </w:trPr>
        <w:tc>
          <w:tcPr>
            <w:tcW w:w="1210" w:type="dxa"/>
            <w:vAlign w:val="center"/>
          </w:tcPr>
          <w:p w14:paraId="1DA616BC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مولفه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ارزشیابی</w:t>
            </w:r>
            <w:proofErr w:type="spellEnd"/>
          </w:p>
        </w:tc>
        <w:tc>
          <w:tcPr>
            <w:tcW w:w="1526" w:type="dxa"/>
            <w:vAlign w:val="center"/>
          </w:tcPr>
          <w:p w14:paraId="07C2DDDA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نوع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 xml:space="preserve"> (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تکوینی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پایانی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)</w:t>
            </w:r>
          </w:p>
        </w:tc>
        <w:tc>
          <w:tcPr>
            <w:tcW w:w="1242" w:type="dxa"/>
            <w:vAlign w:val="center"/>
          </w:tcPr>
          <w:p w14:paraId="59C5A679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ابزار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روش</w:t>
            </w:r>
            <w:proofErr w:type="spellEnd"/>
          </w:p>
        </w:tc>
        <w:tc>
          <w:tcPr>
            <w:tcW w:w="1295" w:type="dxa"/>
            <w:vAlign w:val="center"/>
          </w:tcPr>
          <w:p w14:paraId="0E90453B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زمان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/جلسه</w:t>
            </w:r>
          </w:p>
        </w:tc>
        <w:tc>
          <w:tcPr>
            <w:tcW w:w="1267" w:type="dxa"/>
            <w:vAlign w:val="center"/>
          </w:tcPr>
          <w:p w14:paraId="4FBC90AB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وزن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درصد</w:t>
            </w:r>
            <w:proofErr w:type="spellEnd"/>
          </w:p>
        </w:tc>
        <w:tc>
          <w:tcPr>
            <w:tcW w:w="1172" w:type="dxa"/>
            <w:vAlign w:val="center"/>
          </w:tcPr>
          <w:p w14:paraId="1006DEB8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مسئول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اجرا</w:t>
            </w:r>
            <w:proofErr w:type="spellEnd"/>
          </w:p>
        </w:tc>
        <w:tc>
          <w:tcPr>
            <w:tcW w:w="2024" w:type="dxa"/>
            <w:vAlign w:val="center"/>
          </w:tcPr>
          <w:p w14:paraId="729AF037" w14:textId="77777777" w:rsidR="006873C6" w:rsidRPr="005957B4" w:rsidRDefault="00000000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توضیحات</w:t>
            </w:r>
            <w:proofErr w:type="spellEnd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5957B4">
              <w:rPr>
                <w:rFonts w:ascii="B Nazanin" w:hAnsi="B Nazanin" w:cs="B Nazanin"/>
                <w:b/>
                <w:sz w:val="24"/>
                <w:szCs w:val="24"/>
              </w:rPr>
              <w:t>استانداردها</w:t>
            </w:r>
            <w:proofErr w:type="spellEnd"/>
          </w:p>
        </w:tc>
      </w:tr>
      <w:tr w:rsidR="006873C6" w:rsidRPr="00011723" w14:paraId="25DF4B49" w14:textId="77777777" w:rsidTr="0064352B">
        <w:trPr>
          <w:jc w:val="center"/>
        </w:trPr>
        <w:tc>
          <w:tcPr>
            <w:tcW w:w="1210" w:type="dxa"/>
            <w:vAlign w:val="center"/>
          </w:tcPr>
          <w:p w14:paraId="036C25BA" w14:textId="3C1A930F" w:rsidR="006873C6" w:rsidRPr="00055E0A" w:rsidRDefault="00055E0A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55E0A">
              <w:rPr>
                <w:rFonts w:ascii="Times New Roman" w:hAnsi="Times New Roman" w:cs="B Nazanin" w:hint="cs"/>
                <w:sz w:val="24"/>
                <w:szCs w:val="24"/>
                <w:rtl/>
              </w:rPr>
              <w:t>حضور دانشجو</w:t>
            </w:r>
          </w:p>
        </w:tc>
        <w:tc>
          <w:tcPr>
            <w:tcW w:w="1526" w:type="dxa"/>
            <w:vAlign w:val="center"/>
          </w:tcPr>
          <w:p w14:paraId="66EFF37C" w14:textId="20C0B509" w:rsidR="006873C6" w:rsidRPr="00055E0A" w:rsidRDefault="00055E0A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55E0A">
              <w:rPr>
                <w:rFonts w:ascii="Times New Roman" w:hAnsi="Times New Roman" w:cs="B Nazanin" w:hint="cs"/>
                <w:sz w:val="24"/>
                <w:szCs w:val="24"/>
                <w:rtl/>
              </w:rPr>
              <w:t>تکوینی</w:t>
            </w:r>
          </w:p>
        </w:tc>
        <w:tc>
          <w:tcPr>
            <w:tcW w:w="1242" w:type="dxa"/>
            <w:vAlign w:val="center"/>
          </w:tcPr>
          <w:p w14:paraId="1E5CCE9D" w14:textId="714B2618" w:rsidR="006873C6" w:rsidRPr="00055E0A" w:rsidRDefault="00055E0A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55E0A">
              <w:rPr>
                <w:rFonts w:ascii="Times New Roman" w:hAnsi="Times New Roman" w:cs="B Nazanin" w:hint="cs"/>
                <w:sz w:val="24"/>
                <w:szCs w:val="24"/>
                <w:rtl/>
              </w:rPr>
              <w:t>حضور و غیاب</w:t>
            </w:r>
          </w:p>
        </w:tc>
        <w:tc>
          <w:tcPr>
            <w:tcW w:w="1295" w:type="dxa"/>
            <w:vAlign w:val="center"/>
          </w:tcPr>
          <w:p w14:paraId="696F2C75" w14:textId="4E7D91EC" w:rsidR="006873C6" w:rsidRPr="00055E0A" w:rsidRDefault="00055E0A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55E0A">
              <w:rPr>
                <w:rFonts w:cs="B Nazanin" w:hint="cs"/>
                <w:sz w:val="24"/>
                <w:szCs w:val="24"/>
                <w:rtl/>
              </w:rPr>
              <w:t>تمام جلسات</w:t>
            </w:r>
          </w:p>
        </w:tc>
        <w:tc>
          <w:tcPr>
            <w:tcW w:w="1267" w:type="dxa"/>
            <w:vAlign w:val="center"/>
          </w:tcPr>
          <w:p w14:paraId="69097305" w14:textId="3823066F" w:rsidR="006873C6" w:rsidRPr="00055E0A" w:rsidRDefault="00055E0A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55E0A">
              <w:rPr>
                <w:rFonts w:ascii="Times New Roman" w:hAnsi="Times New Roman" w:cs="B Nazanin" w:hint="cs"/>
                <w:sz w:val="24"/>
                <w:szCs w:val="24"/>
                <w:rtl/>
              </w:rPr>
              <w:t>20%</w:t>
            </w:r>
          </w:p>
        </w:tc>
        <w:tc>
          <w:tcPr>
            <w:tcW w:w="1172" w:type="dxa"/>
            <w:vAlign w:val="center"/>
          </w:tcPr>
          <w:p w14:paraId="2A8E83F3" w14:textId="3246BF6C" w:rsidR="006873C6" w:rsidRPr="00055E0A" w:rsidRDefault="00055E0A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55E0A">
              <w:rPr>
                <w:rFonts w:ascii="Times New Roman" w:hAnsi="Times New Roman" w:cs="B Nazanin" w:hint="cs"/>
                <w:sz w:val="24"/>
                <w:szCs w:val="24"/>
                <w:rtl/>
              </w:rPr>
              <w:t>تمام مدرسین</w:t>
            </w:r>
          </w:p>
        </w:tc>
        <w:tc>
          <w:tcPr>
            <w:tcW w:w="2024" w:type="dxa"/>
            <w:vAlign w:val="center"/>
          </w:tcPr>
          <w:p w14:paraId="3868C1CB" w14:textId="77133DB8" w:rsidR="006873C6" w:rsidRPr="0064352B" w:rsidRDefault="0064352B" w:rsidP="005957B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1BDB136C" w14:textId="77777777" w:rsidTr="0064352B">
        <w:trPr>
          <w:jc w:val="center"/>
        </w:trPr>
        <w:tc>
          <w:tcPr>
            <w:tcW w:w="1210" w:type="dxa"/>
          </w:tcPr>
          <w:p w14:paraId="0257EE63" w14:textId="19A0B23B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02610EA8" w14:textId="7B8A6552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607BE978" w14:textId="61CBD6FC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0CB89867" w14:textId="1A999EC4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20BB6443" w14:textId="009CF341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500224B2" w14:textId="59EB188E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7D46B001" w14:textId="5C9C1C7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01194709" w14:textId="77777777" w:rsidTr="0064352B">
        <w:trPr>
          <w:jc w:val="center"/>
        </w:trPr>
        <w:tc>
          <w:tcPr>
            <w:tcW w:w="1210" w:type="dxa"/>
          </w:tcPr>
          <w:p w14:paraId="3E84CFDB" w14:textId="36D50C24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0826D230" w14:textId="3B10F86B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545A35CE" w14:textId="73147142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23CF0CC9" w14:textId="657B6719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592A328A" w14:textId="70BE639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42E1C8D3" w14:textId="1C29A014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6AE227AF" w14:textId="5243FF4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35EB349F" w14:textId="77777777" w:rsidTr="0064352B">
        <w:trPr>
          <w:jc w:val="center"/>
        </w:trPr>
        <w:tc>
          <w:tcPr>
            <w:tcW w:w="1210" w:type="dxa"/>
          </w:tcPr>
          <w:p w14:paraId="41C6CB75" w14:textId="727A2BC8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02782146" w14:textId="2C97558F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55A12A3C" w14:textId="1962E749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22DE154B" w14:textId="0B70C6FC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3CE3B264" w14:textId="26E43E8F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063F7F7F" w14:textId="7F5EEEEE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4D0AE475" w14:textId="71452739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29118C6B" w14:textId="77777777" w:rsidTr="0064352B">
        <w:trPr>
          <w:jc w:val="center"/>
        </w:trPr>
        <w:tc>
          <w:tcPr>
            <w:tcW w:w="1210" w:type="dxa"/>
          </w:tcPr>
          <w:p w14:paraId="1B4E829E" w14:textId="7F50D230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2DF5AC7C" w14:textId="335FCEB4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44E6D6A8" w14:textId="43DF7F4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66C5BB0D" w14:textId="711CD07B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4AA5E1A0" w14:textId="5979F7AF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58CD9349" w14:textId="5C214498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61984164" w14:textId="3A3F4146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4C6DFC69" w14:textId="77777777" w:rsidTr="0064352B">
        <w:trPr>
          <w:jc w:val="center"/>
        </w:trPr>
        <w:tc>
          <w:tcPr>
            <w:tcW w:w="1210" w:type="dxa"/>
          </w:tcPr>
          <w:p w14:paraId="2144BEB6" w14:textId="40263590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65551DC9" w14:textId="2519EF03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0D64A7C7" w14:textId="712A863F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69852527" w14:textId="613D744B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33EF3B49" w14:textId="5C1E949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7BC22B7E" w14:textId="624A3158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630B8804" w14:textId="53A4D4F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1FE267F9" w14:textId="77777777" w:rsidTr="0064352B">
        <w:trPr>
          <w:jc w:val="center"/>
        </w:trPr>
        <w:tc>
          <w:tcPr>
            <w:tcW w:w="1210" w:type="dxa"/>
          </w:tcPr>
          <w:p w14:paraId="327924C2" w14:textId="32DDC7C3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6C83ED6E" w14:textId="7EA15033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1C3895B1" w14:textId="7CAB3100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41D35D2D" w14:textId="4A410B1D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64AA51D3" w14:textId="03356589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7511FA9E" w14:textId="545E951D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4DC87FFA" w14:textId="62C479E3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  <w:tr w:rsidR="0064352B" w:rsidRPr="00011723" w14:paraId="6131113F" w14:textId="77777777" w:rsidTr="0064352B">
        <w:trPr>
          <w:jc w:val="center"/>
        </w:trPr>
        <w:tc>
          <w:tcPr>
            <w:tcW w:w="1210" w:type="dxa"/>
          </w:tcPr>
          <w:p w14:paraId="4BBB803E" w14:textId="5A283069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526" w:type="dxa"/>
          </w:tcPr>
          <w:p w14:paraId="73339A9E" w14:textId="37B5304D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42" w:type="dxa"/>
          </w:tcPr>
          <w:p w14:paraId="1DBFA646" w14:textId="313EB765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95" w:type="dxa"/>
          </w:tcPr>
          <w:p w14:paraId="5C5A7D1B" w14:textId="033C5578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267" w:type="dxa"/>
          </w:tcPr>
          <w:p w14:paraId="167E5F0F" w14:textId="32258A84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1172" w:type="dxa"/>
          </w:tcPr>
          <w:p w14:paraId="09118BA8" w14:textId="3A2745C4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  <w:tc>
          <w:tcPr>
            <w:tcW w:w="2024" w:type="dxa"/>
          </w:tcPr>
          <w:p w14:paraId="01277145" w14:textId="51B95CDA" w:rsidR="0064352B" w:rsidRPr="00055E0A" w:rsidRDefault="0064352B" w:rsidP="0064352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830B37">
              <w:rPr>
                <w:rFonts w:ascii="Times New Roman" w:hAnsi="Times New Roman" w:cs="B Nazanin" w:hint="cs"/>
                <w:sz w:val="24"/>
                <w:szCs w:val="24"/>
                <w:rtl/>
              </w:rPr>
              <w:t>......</w:t>
            </w:r>
          </w:p>
        </w:tc>
      </w:tr>
    </w:tbl>
    <w:p w14:paraId="326F8C09" w14:textId="77777777" w:rsidR="006873C6" w:rsidRDefault="006873C6" w:rsidP="00B6630E">
      <w:pPr>
        <w:bidi/>
      </w:pPr>
    </w:p>
    <w:p w14:paraId="7C5BF4A8" w14:textId="1AAEE19E" w:rsidR="006873C6" w:rsidRDefault="002631D5" w:rsidP="00177203">
      <w:pPr>
        <w:bidi/>
      </w:pPr>
      <w:r>
        <w:rPr>
          <w:rFonts w:ascii="B Nazanin" w:hAnsi="B Nazanin" w:cs="B Nazanin" w:hint="cs"/>
          <w:bCs/>
          <w:sz w:val="28"/>
          <w:szCs w:val="28"/>
          <w:rtl/>
        </w:rPr>
        <w:t xml:space="preserve">2)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نوع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آزمون‌ها</w:t>
      </w:r>
      <w:proofErr w:type="spellEnd"/>
      <w:r>
        <w:rPr>
          <w:rFonts w:ascii="B Nazanin" w:hAnsi="B Nazanin" w:cs="B Nazanin" w:hint="cs"/>
          <w:b/>
          <w:sz w:val="28"/>
          <w:szCs w:val="28"/>
          <w:rtl/>
        </w:rPr>
        <w:t xml:space="preserve"> </w:t>
      </w:r>
      <w:r w:rsidR="00177203" w:rsidRPr="002631D5">
        <w:rPr>
          <w:rFonts w:ascii="B Nazanin" w:hAnsi="B Nazanin" w:cs="B Nazanin" w:hint="cs"/>
          <w:b/>
          <w:sz w:val="28"/>
          <w:szCs w:val="28"/>
          <w:rtl/>
        </w:rPr>
        <w:t>(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تیک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بزنید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و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در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صورت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نیاز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توضیح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اضافه</w:t>
      </w:r>
      <w:proofErr w:type="spellEnd"/>
      <w:r w:rsidRPr="002631D5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2631D5">
        <w:rPr>
          <w:rFonts w:ascii="B Nazanin" w:hAnsi="B Nazanin" w:cs="B Nazanin"/>
          <w:b/>
          <w:sz w:val="28"/>
          <w:szCs w:val="28"/>
        </w:rPr>
        <w:t>کنید</w:t>
      </w:r>
      <w:proofErr w:type="spellEnd"/>
      <w:r w:rsidR="00177203" w:rsidRPr="002631D5">
        <w:rPr>
          <w:rFonts w:ascii="B Nazanin" w:hAnsi="B Nazanin" w:cs="B Nazanin" w:hint="cs"/>
          <w:b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11"/>
        <w:gridCol w:w="2644"/>
        <w:gridCol w:w="3778"/>
      </w:tblGrid>
      <w:tr w:rsidR="006873C6" w:rsidRPr="002631D5" w14:paraId="0D913911" w14:textId="77777777" w:rsidTr="00512218">
        <w:trPr>
          <w:jc w:val="center"/>
        </w:trPr>
        <w:tc>
          <w:tcPr>
            <w:tcW w:w="3211" w:type="dxa"/>
            <w:vAlign w:val="center"/>
          </w:tcPr>
          <w:p w14:paraId="6EC5C47E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نوع</w:t>
            </w:r>
            <w:proofErr w:type="spellEnd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آزمون</w:t>
            </w:r>
            <w:proofErr w:type="spellEnd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ارزشیابی</w:t>
            </w:r>
            <w:proofErr w:type="spellEnd"/>
          </w:p>
        </w:tc>
        <w:tc>
          <w:tcPr>
            <w:tcW w:w="2644" w:type="dxa"/>
            <w:vAlign w:val="center"/>
          </w:tcPr>
          <w:p w14:paraId="34101288" w14:textId="4DA7115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وجود</w:t>
            </w:r>
            <w:proofErr w:type="spellEnd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دارد</w:t>
            </w:r>
            <w:proofErr w:type="spellEnd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 xml:space="preserve">؟ </w:t>
            </w:r>
          </w:p>
        </w:tc>
        <w:tc>
          <w:tcPr>
            <w:tcW w:w="3778" w:type="dxa"/>
            <w:vAlign w:val="center"/>
          </w:tcPr>
          <w:p w14:paraId="67A3AF84" w14:textId="1B94783B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توضیحات</w:t>
            </w:r>
            <w:proofErr w:type="spellEnd"/>
            <w:r w:rsidR="00512218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 xml:space="preserve"> </w:t>
            </w:r>
            <w:r w:rsidR="00F179F8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>(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قوانین</w:t>
            </w:r>
            <w:proofErr w:type="spellEnd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 xml:space="preserve">، 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مدت</w:t>
            </w:r>
            <w:proofErr w:type="spellEnd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 xml:space="preserve">، 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تعداد</w:t>
            </w:r>
            <w:proofErr w:type="spellEnd"/>
            <w:r w:rsidR="00F179F8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b/>
                <w:sz w:val="24"/>
                <w:szCs w:val="24"/>
              </w:rPr>
              <w:t>سوال</w:t>
            </w:r>
            <w:proofErr w:type="spellEnd"/>
            <w:r w:rsidR="00F179F8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 xml:space="preserve"> </w:t>
            </w:r>
            <w:r w:rsidR="00F179F8" w:rsidRPr="00F179F8">
              <w:rPr>
                <w:rFonts w:ascii="B Nazanin" w:hAnsi="B Nazanin" w:cs="B Nazanin" w:hint="cs"/>
                <w:bCs/>
                <w:sz w:val="24"/>
                <w:szCs w:val="24"/>
                <w:rtl/>
              </w:rPr>
              <w:t>و ...)</w:t>
            </w:r>
          </w:p>
        </w:tc>
      </w:tr>
      <w:tr w:rsidR="006873C6" w:rsidRPr="002631D5" w14:paraId="20CE0977" w14:textId="77777777" w:rsidTr="00524C8F">
        <w:trPr>
          <w:jc w:val="center"/>
        </w:trPr>
        <w:tc>
          <w:tcPr>
            <w:tcW w:w="3211" w:type="dxa"/>
            <w:vAlign w:val="center"/>
          </w:tcPr>
          <w:p w14:paraId="1746FA0D" w14:textId="4AB00FBC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کوییز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کوئیز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کوتاه</w:t>
            </w:r>
            <w:proofErr w:type="spellEnd"/>
            <w:r w:rsidR="00B950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r w:rsidR="00B95006">
              <w:rPr>
                <w:rFonts w:ascii="B Nazanin" w:hAnsi="B Nazanin" w:cs="B Nazanin" w:hint="cs"/>
                <w:sz w:val="24"/>
                <w:szCs w:val="24"/>
                <w:rtl/>
              </w:rPr>
              <w:t>(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کلاسی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آنلاین</w:t>
            </w:r>
            <w:proofErr w:type="spellEnd"/>
            <w:r w:rsidR="00B95006">
              <w:rPr>
                <w:rFonts w:ascii="B Nazanin" w:hAnsi="B Nazanin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644" w:type="dxa"/>
            <w:vAlign w:val="center"/>
          </w:tcPr>
          <w:p w14:paraId="18F37308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4E90B71F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6873C6" w:rsidRPr="002631D5" w14:paraId="572A6A91" w14:textId="77777777" w:rsidTr="00524C8F">
        <w:trPr>
          <w:jc w:val="center"/>
        </w:trPr>
        <w:tc>
          <w:tcPr>
            <w:tcW w:w="3211" w:type="dxa"/>
            <w:vAlign w:val="center"/>
          </w:tcPr>
          <w:p w14:paraId="1B4DCE9C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آزمون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میان‌ترم</w:t>
            </w:r>
            <w:proofErr w:type="spellEnd"/>
          </w:p>
        </w:tc>
        <w:tc>
          <w:tcPr>
            <w:tcW w:w="2644" w:type="dxa"/>
            <w:vAlign w:val="center"/>
          </w:tcPr>
          <w:p w14:paraId="12FBE8E0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6521A7AC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6873C6" w:rsidRPr="002631D5" w14:paraId="76090367" w14:textId="77777777" w:rsidTr="00524C8F">
        <w:trPr>
          <w:jc w:val="center"/>
        </w:trPr>
        <w:tc>
          <w:tcPr>
            <w:tcW w:w="3211" w:type="dxa"/>
            <w:vAlign w:val="center"/>
          </w:tcPr>
          <w:p w14:paraId="11472AE6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آزمون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پایان‌ترم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کتبی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(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تشریحی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چهارگزینه‌ای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ترکیبی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)</w:t>
            </w:r>
          </w:p>
        </w:tc>
        <w:tc>
          <w:tcPr>
            <w:tcW w:w="2644" w:type="dxa"/>
            <w:vAlign w:val="center"/>
          </w:tcPr>
          <w:p w14:paraId="72457472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6D9130C6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6873C6" w:rsidRPr="002631D5" w14:paraId="53930EC8" w14:textId="77777777" w:rsidTr="00524C8F">
        <w:trPr>
          <w:jc w:val="center"/>
        </w:trPr>
        <w:tc>
          <w:tcPr>
            <w:tcW w:w="3211" w:type="dxa"/>
            <w:vAlign w:val="center"/>
          </w:tcPr>
          <w:p w14:paraId="52D480C6" w14:textId="5DE47FA3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آزمون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عملی</w:t>
            </w:r>
            <w:proofErr w:type="spellEnd"/>
          </w:p>
        </w:tc>
        <w:tc>
          <w:tcPr>
            <w:tcW w:w="2644" w:type="dxa"/>
            <w:vAlign w:val="center"/>
          </w:tcPr>
          <w:p w14:paraId="3D5D1D99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38453F1D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6873C6" w:rsidRPr="002631D5" w14:paraId="1DB8599B" w14:textId="77777777" w:rsidTr="00524C8F">
        <w:trPr>
          <w:jc w:val="center"/>
        </w:trPr>
        <w:tc>
          <w:tcPr>
            <w:tcW w:w="3211" w:type="dxa"/>
            <w:vAlign w:val="center"/>
          </w:tcPr>
          <w:p w14:paraId="4BAAE0ED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پروژه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تکلیف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>/گزارش</w:t>
            </w:r>
          </w:p>
        </w:tc>
        <w:tc>
          <w:tcPr>
            <w:tcW w:w="2644" w:type="dxa"/>
            <w:vAlign w:val="center"/>
          </w:tcPr>
          <w:p w14:paraId="7583CEDE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5CA414A1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6873C6" w:rsidRPr="002631D5" w14:paraId="46053797" w14:textId="77777777" w:rsidTr="00524C8F">
        <w:trPr>
          <w:jc w:val="center"/>
        </w:trPr>
        <w:tc>
          <w:tcPr>
            <w:tcW w:w="3211" w:type="dxa"/>
            <w:vAlign w:val="center"/>
          </w:tcPr>
          <w:p w14:paraId="44523F1D" w14:textId="3F6BCAD2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ارائه</w:t>
            </w:r>
            <w:r w:rsidR="00B950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(</w:t>
            </w:r>
            <w:r w:rsidR="00B95006" w:rsidRPr="00B95006">
              <w:rPr>
                <w:rFonts w:ascii="Times New Roman" w:hAnsi="Times New Roman" w:cs="Times New Roman"/>
                <w:sz w:val="20"/>
                <w:szCs w:val="20"/>
              </w:rPr>
              <w:t>Presentation</w:t>
            </w:r>
            <w:r w:rsidR="00B950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) /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سمینار</w:t>
            </w:r>
            <w:proofErr w:type="spellEnd"/>
          </w:p>
        </w:tc>
        <w:tc>
          <w:tcPr>
            <w:tcW w:w="2644" w:type="dxa"/>
            <w:vAlign w:val="center"/>
          </w:tcPr>
          <w:p w14:paraId="224C1108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5B361D0C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6873C6" w:rsidRPr="002631D5" w14:paraId="0ECB95AA" w14:textId="77777777" w:rsidTr="00524C8F">
        <w:trPr>
          <w:jc w:val="center"/>
        </w:trPr>
        <w:tc>
          <w:tcPr>
            <w:tcW w:w="3211" w:type="dxa"/>
            <w:vAlign w:val="center"/>
          </w:tcPr>
          <w:p w14:paraId="51327AB7" w14:textId="45B3E5FE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حضور و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مشارکت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کلاسی</w:t>
            </w:r>
            <w:proofErr w:type="spellEnd"/>
            <w:r w:rsidR="00512218">
              <w:rPr>
                <w:rFonts w:ascii="B Nazanin" w:hAnsi="B Nazanin" w:cs="B Nazanin"/>
                <w:sz w:val="24"/>
                <w:szCs w:val="24"/>
                <w:rtl/>
              </w:rPr>
              <w:br/>
            </w:r>
            <w:r w:rsidR="00512218">
              <w:rPr>
                <w:rFonts w:ascii="B Nazanin" w:hAnsi="B Nazanin" w:cs="B Nazanin" w:hint="cs"/>
                <w:sz w:val="24"/>
                <w:szCs w:val="24"/>
                <w:rtl/>
              </w:rPr>
              <w:t>(</w:t>
            </w:r>
            <w:r w:rsidR="00512218" w:rsidRPr="00B95006">
              <w:rPr>
                <w:rFonts w:ascii="Times New Roman" w:hAnsi="Times New Roman" w:cs="Times New Roman"/>
                <w:sz w:val="20"/>
                <w:szCs w:val="20"/>
              </w:rPr>
              <w:t>Attendance &amp; Participation</w:t>
            </w:r>
            <w:r w:rsidR="00512218">
              <w:rPr>
                <w:rFonts w:ascii="B Nazanin" w:hAnsi="B Nazanin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644" w:type="dxa"/>
            <w:vAlign w:val="center"/>
          </w:tcPr>
          <w:p w14:paraId="189A96AC" w14:textId="77777777" w:rsidR="006873C6" w:rsidRPr="002631D5" w:rsidRDefault="00000000" w:rsidP="00524C8F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بله</w:t>
            </w:r>
            <w:proofErr w:type="spellEnd"/>
            <w:r w:rsidRPr="002631D5">
              <w:rPr>
                <w:rFonts w:ascii="B Nazanin" w:hAnsi="B Nazanin" w:cs="B Nazanin"/>
                <w:sz w:val="24"/>
                <w:szCs w:val="24"/>
              </w:rPr>
              <w:t xml:space="preserve">   □ </w:t>
            </w:r>
            <w:proofErr w:type="spellStart"/>
            <w:r w:rsidRPr="002631D5">
              <w:rPr>
                <w:rFonts w:ascii="B Nazanin" w:hAnsi="B Nazanin" w:cs="B Nazanin"/>
                <w:sz w:val="24"/>
                <w:szCs w:val="24"/>
              </w:rPr>
              <w:t>خیر</w:t>
            </w:r>
            <w:proofErr w:type="spellEnd"/>
          </w:p>
        </w:tc>
        <w:tc>
          <w:tcPr>
            <w:tcW w:w="3778" w:type="dxa"/>
            <w:vAlign w:val="center"/>
          </w:tcPr>
          <w:p w14:paraId="7D93164D" w14:textId="77777777" w:rsidR="006873C6" w:rsidRPr="002631D5" w:rsidRDefault="00000000" w:rsidP="002631D5">
            <w:pPr>
              <w:bidi/>
              <w:rPr>
                <w:sz w:val="24"/>
                <w:szCs w:val="24"/>
              </w:rPr>
            </w:pPr>
            <w:r w:rsidRPr="002631D5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</w:tbl>
    <w:p w14:paraId="333960D1" w14:textId="77777777" w:rsidR="006873C6" w:rsidRDefault="006873C6" w:rsidP="00B6630E">
      <w:pPr>
        <w:bidi/>
      </w:pPr>
    </w:p>
    <w:p w14:paraId="6F63A60D" w14:textId="77777777" w:rsidR="003F0F63" w:rsidRDefault="003F0F63" w:rsidP="003F0F63">
      <w:pPr>
        <w:bidi/>
        <w:rPr>
          <w:rFonts w:ascii="B Nazanin" w:hAnsi="B Nazanin" w:cs="B Nazanin"/>
          <w:b/>
          <w:sz w:val="24"/>
        </w:rPr>
        <w:sectPr w:rsidR="003F0F63" w:rsidSect="004A6332"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3B440566" w14:textId="7A5D7736" w:rsidR="006873C6" w:rsidRPr="00F56DF5" w:rsidRDefault="00524C8F" w:rsidP="003F0F63">
      <w:pPr>
        <w:bidi/>
        <w:rPr>
          <w:sz w:val="28"/>
          <w:szCs w:val="28"/>
        </w:rPr>
      </w:pPr>
      <w:r w:rsidRPr="00F56DF5">
        <w:rPr>
          <w:rFonts w:ascii="B Nazanin" w:hAnsi="B Nazanin" w:cs="B Nazanin" w:hint="cs"/>
          <w:bCs/>
          <w:sz w:val="28"/>
          <w:szCs w:val="28"/>
          <w:rtl/>
        </w:rPr>
        <w:lastRenderedPageBreak/>
        <w:t>3)</w:t>
      </w:r>
      <w:r w:rsidRPr="00F56DF5">
        <w:rPr>
          <w:rFonts w:ascii="B Nazanin" w:hAnsi="B Nazanin" w:cs="B Nazanin" w:hint="cs"/>
          <w:b/>
          <w:sz w:val="28"/>
          <w:szCs w:val="28"/>
          <w:rtl/>
        </w:rPr>
        <w:t xml:space="preserve"> </w:t>
      </w:r>
      <w:r w:rsidRPr="00F56DF5">
        <w:rPr>
          <w:rFonts w:ascii="B Nazanin" w:hAnsi="B Nazanin" w:cs="B Nazanin"/>
          <w:b/>
          <w:sz w:val="28"/>
          <w:szCs w:val="28"/>
        </w:rPr>
        <w:t xml:space="preserve">اهداف </w:t>
      </w:r>
      <w:proofErr w:type="spellStart"/>
      <w:r w:rsidRPr="00F56DF5">
        <w:rPr>
          <w:rFonts w:ascii="B Nazanin" w:hAnsi="B Nazanin" w:cs="B Nazanin"/>
          <w:b/>
          <w:sz w:val="28"/>
          <w:szCs w:val="28"/>
        </w:rPr>
        <w:t>دوره</w:t>
      </w:r>
      <w:proofErr w:type="spellEnd"/>
      <w:r w:rsidR="00D87326" w:rsidRPr="00D87326">
        <w:rPr>
          <w:rFonts w:ascii="B Nazanin" w:hAnsi="B Nazanin" w:cs="B Nazanin" w:hint="cs"/>
          <w:bCs/>
          <w:sz w:val="28"/>
          <w:szCs w:val="28"/>
          <w:rtl/>
        </w:rPr>
        <w:t>/</w:t>
      </w:r>
      <w:proofErr w:type="spellStart"/>
      <w:r w:rsidRPr="00F56DF5">
        <w:rPr>
          <w:rFonts w:ascii="B Nazanin" w:hAnsi="B Nazanin" w:cs="B Nazanin"/>
          <w:b/>
          <w:sz w:val="28"/>
          <w:szCs w:val="28"/>
        </w:rPr>
        <w:t>خروجی‌های</w:t>
      </w:r>
      <w:proofErr w:type="spellEnd"/>
      <w:r w:rsidRPr="00F56DF5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F56DF5">
        <w:rPr>
          <w:rFonts w:ascii="B Nazanin" w:hAnsi="B Nazanin" w:cs="B Nazanin"/>
          <w:b/>
          <w:sz w:val="28"/>
          <w:szCs w:val="28"/>
        </w:rPr>
        <w:t>یادگیری</w:t>
      </w:r>
      <w:proofErr w:type="spellEnd"/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698"/>
        <w:gridCol w:w="3016"/>
        <w:gridCol w:w="1230"/>
        <w:gridCol w:w="1242"/>
        <w:gridCol w:w="1416"/>
      </w:tblGrid>
      <w:tr w:rsidR="006873C6" w:rsidRPr="00C8742E" w14:paraId="6C7F09F3" w14:textId="77777777" w:rsidTr="00C8742E">
        <w:trPr>
          <w:jc w:val="center"/>
        </w:trPr>
        <w:tc>
          <w:tcPr>
            <w:tcW w:w="1134" w:type="dxa"/>
            <w:vAlign w:val="center"/>
          </w:tcPr>
          <w:p w14:paraId="3B8FDADE" w14:textId="77777777" w:rsidR="006873C6" w:rsidRPr="00C8742E" w:rsidRDefault="00000000" w:rsidP="00B6630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ردیف</w:t>
            </w:r>
            <w:proofErr w:type="spellEnd"/>
          </w:p>
        </w:tc>
        <w:tc>
          <w:tcPr>
            <w:tcW w:w="1698" w:type="dxa"/>
            <w:vAlign w:val="center"/>
          </w:tcPr>
          <w:p w14:paraId="18CC5510" w14:textId="77777777" w:rsidR="006873C6" w:rsidRPr="00C8742E" w:rsidRDefault="00000000" w:rsidP="00B6630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هدف</w:t>
            </w:r>
            <w:proofErr w:type="spellEnd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r w:rsidRPr="008B35F3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3016" w:type="dxa"/>
            <w:vAlign w:val="center"/>
          </w:tcPr>
          <w:p w14:paraId="71E7F531" w14:textId="77777777" w:rsidR="006873C6" w:rsidRPr="00C8742E" w:rsidRDefault="00000000" w:rsidP="00B6630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سطح</w:t>
            </w:r>
            <w:proofErr w:type="spellEnd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بلوم</w:t>
            </w:r>
            <w:proofErr w:type="spellEnd"/>
          </w:p>
        </w:tc>
        <w:tc>
          <w:tcPr>
            <w:tcW w:w="1230" w:type="dxa"/>
            <w:vAlign w:val="center"/>
          </w:tcPr>
          <w:p w14:paraId="6AB64359" w14:textId="77777777" w:rsidR="006873C6" w:rsidRPr="00C8742E" w:rsidRDefault="00000000" w:rsidP="00B6630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روش</w:t>
            </w:r>
            <w:proofErr w:type="spellEnd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تدریس</w:t>
            </w:r>
            <w:proofErr w:type="spellEnd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غالب</w:t>
            </w:r>
            <w:proofErr w:type="spellEnd"/>
          </w:p>
        </w:tc>
        <w:tc>
          <w:tcPr>
            <w:tcW w:w="1242" w:type="dxa"/>
            <w:vAlign w:val="center"/>
          </w:tcPr>
          <w:p w14:paraId="6D42928F" w14:textId="77777777" w:rsidR="006873C6" w:rsidRPr="00C8742E" w:rsidRDefault="00000000" w:rsidP="00B6630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روش</w:t>
            </w:r>
            <w:proofErr w:type="spellEnd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سنجش</w:t>
            </w:r>
            <w:proofErr w:type="spellEnd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مرتبط</w:t>
            </w:r>
            <w:proofErr w:type="spellEnd"/>
          </w:p>
        </w:tc>
        <w:tc>
          <w:tcPr>
            <w:tcW w:w="1416" w:type="dxa"/>
            <w:vAlign w:val="center"/>
          </w:tcPr>
          <w:p w14:paraId="2DFD6100" w14:textId="77777777" w:rsidR="006873C6" w:rsidRPr="00C8742E" w:rsidRDefault="00000000" w:rsidP="00B6630E">
            <w:pPr>
              <w:bidi/>
              <w:rPr>
                <w:rFonts w:cs="B Nazanin"/>
                <w:sz w:val="24"/>
                <w:szCs w:val="24"/>
              </w:rPr>
            </w:pPr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 xml:space="preserve">جلسه/هفته </w:t>
            </w:r>
            <w:proofErr w:type="spellStart"/>
            <w:r w:rsidRPr="00C8742E">
              <w:rPr>
                <w:rFonts w:ascii="B Nazanin" w:hAnsi="B Nazanin" w:cs="B Nazanin"/>
                <w:b/>
                <w:sz w:val="24"/>
                <w:szCs w:val="24"/>
              </w:rPr>
              <w:t>مرتبط</w:t>
            </w:r>
            <w:proofErr w:type="spellEnd"/>
          </w:p>
        </w:tc>
      </w:tr>
      <w:tr w:rsidR="00C8742E" w:rsidRPr="00C8742E" w14:paraId="6A0CC760" w14:textId="77777777" w:rsidTr="00C8742E">
        <w:trPr>
          <w:jc w:val="center"/>
        </w:trPr>
        <w:tc>
          <w:tcPr>
            <w:tcW w:w="1134" w:type="dxa"/>
          </w:tcPr>
          <w:p w14:paraId="60AD9E05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C8742E">
              <w:rPr>
                <w:rFonts w:ascii="B Nazanin" w:hAnsi="B Nazanin" w:cs="B Nazani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7F9411A2" w14:textId="0F1F625A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EE20DC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3016" w:type="dxa"/>
          </w:tcPr>
          <w:p w14:paraId="6E7582AA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یادآوری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فهم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کاربرد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تحلیل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ارزیابی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خلق</w:t>
            </w:r>
            <w:proofErr w:type="spellEnd"/>
          </w:p>
        </w:tc>
        <w:tc>
          <w:tcPr>
            <w:tcW w:w="1230" w:type="dxa"/>
          </w:tcPr>
          <w:p w14:paraId="2D2295B1" w14:textId="124B9CC3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242" w:type="dxa"/>
          </w:tcPr>
          <w:p w14:paraId="22D56A5D" w14:textId="506114D6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416" w:type="dxa"/>
          </w:tcPr>
          <w:p w14:paraId="705E3B10" w14:textId="21B2F894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C8742E" w:rsidRPr="00C8742E" w14:paraId="46A9B2E2" w14:textId="77777777" w:rsidTr="00C8742E">
        <w:trPr>
          <w:jc w:val="center"/>
        </w:trPr>
        <w:tc>
          <w:tcPr>
            <w:tcW w:w="1134" w:type="dxa"/>
          </w:tcPr>
          <w:p w14:paraId="0749A3BE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C8742E">
              <w:rPr>
                <w:rFonts w:ascii="B Nazanin" w:hAnsi="B Nazanin" w:cs="B Nazani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2F1B58C9" w14:textId="7E675AA8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EE20DC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3016" w:type="dxa"/>
          </w:tcPr>
          <w:p w14:paraId="4729E9AA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یادآوری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فهم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کاربرد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تحلیل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ارزیابی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خلق</w:t>
            </w:r>
            <w:proofErr w:type="spellEnd"/>
          </w:p>
        </w:tc>
        <w:tc>
          <w:tcPr>
            <w:tcW w:w="1230" w:type="dxa"/>
          </w:tcPr>
          <w:p w14:paraId="2DF60603" w14:textId="47215EDF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242" w:type="dxa"/>
          </w:tcPr>
          <w:p w14:paraId="5251601B" w14:textId="59E5D234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416" w:type="dxa"/>
          </w:tcPr>
          <w:p w14:paraId="16E0BC6F" w14:textId="4484FD05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C8742E" w:rsidRPr="00C8742E" w14:paraId="1E2BE044" w14:textId="77777777" w:rsidTr="00C8742E">
        <w:trPr>
          <w:jc w:val="center"/>
        </w:trPr>
        <w:tc>
          <w:tcPr>
            <w:tcW w:w="1134" w:type="dxa"/>
          </w:tcPr>
          <w:p w14:paraId="774069A8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C8742E">
              <w:rPr>
                <w:rFonts w:ascii="B Nazanin" w:hAnsi="B Nazanin" w:cs="B Nazani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7D223EE6" w14:textId="520F3703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EE20DC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3016" w:type="dxa"/>
          </w:tcPr>
          <w:p w14:paraId="25D3FAE9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یادآوری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فهم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کاربرد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تحلیل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ارزیابی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خلق</w:t>
            </w:r>
            <w:proofErr w:type="spellEnd"/>
          </w:p>
        </w:tc>
        <w:tc>
          <w:tcPr>
            <w:tcW w:w="1230" w:type="dxa"/>
          </w:tcPr>
          <w:p w14:paraId="504D9223" w14:textId="77A9F37C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242" w:type="dxa"/>
          </w:tcPr>
          <w:p w14:paraId="4AEC2C38" w14:textId="746A8BD9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416" w:type="dxa"/>
          </w:tcPr>
          <w:p w14:paraId="61694293" w14:textId="33536972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  <w:tr w:rsidR="00C8742E" w:rsidRPr="00C8742E" w14:paraId="0E4E6D37" w14:textId="77777777" w:rsidTr="00C8742E">
        <w:trPr>
          <w:jc w:val="center"/>
        </w:trPr>
        <w:tc>
          <w:tcPr>
            <w:tcW w:w="1134" w:type="dxa"/>
          </w:tcPr>
          <w:p w14:paraId="14474289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C8742E">
              <w:rPr>
                <w:rFonts w:ascii="B Nazanin" w:hAnsi="B Nazanin" w:cs="B Nazani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0CD02D3B" w14:textId="1D83887C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EE20DC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3016" w:type="dxa"/>
          </w:tcPr>
          <w:p w14:paraId="2963F166" w14:textId="77777777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یادآوری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فهم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کاربرد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تحلیل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ارزیابی</w:t>
            </w:r>
            <w:proofErr w:type="spellEnd"/>
            <w:r w:rsidRPr="00C8742E">
              <w:rPr>
                <w:rFonts w:ascii="B Nazanin" w:hAnsi="B Nazanin" w:cs="B Nazanin"/>
                <w:sz w:val="24"/>
                <w:szCs w:val="24"/>
              </w:rPr>
              <w:t>/</w:t>
            </w:r>
            <w:proofErr w:type="spellStart"/>
            <w:r w:rsidRPr="00C8742E">
              <w:rPr>
                <w:rFonts w:ascii="B Nazanin" w:hAnsi="B Nazanin" w:cs="B Nazanin"/>
                <w:sz w:val="24"/>
                <w:szCs w:val="24"/>
              </w:rPr>
              <w:t>خلق</w:t>
            </w:r>
            <w:proofErr w:type="spellEnd"/>
          </w:p>
        </w:tc>
        <w:tc>
          <w:tcPr>
            <w:tcW w:w="1230" w:type="dxa"/>
          </w:tcPr>
          <w:p w14:paraId="7A309C09" w14:textId="5CD833C6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242" w:type="dxa"/>
          </w:tcPr>
          <w:p w14:paraId="35DEF823" w14:textId="0153C254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  <w:tc>
          <w:tcPr>
            <w:tcW w:w="1416" w:type="dxa"/>
          </w:tcPr>
          <w:p w14:paraId="45E21BB9" w14:textId="1A7F00CF" w:rsidR="00C8742E" w:rsidRPr="00C8742E" w:rsidRDefault="00C8742E" w:rsidP="00C8742E">
            <w:pPr>
              <w:bidi/>
              <w:rPr>
                <w:rFonts w:cs="B Nazanin"/>
                <w:sz w:val="24"/>
                <w:szCs w:val="24"/>
              </w:rPr>
            </w:pPr>
            <w:r w:rsidRPr="00831449">
              <w:rPr>
                <w:rFonts w:ascii="B Nazanin" w:hAnsi="B Nazanin" w:cs="B Nazanin"/>
                <w:sz w:val="24"/>
                <w:szCs w:val="24"/>
              </w:rPr>
              <w:t>……</w:t>
            </w:r>
          </w:p>
        </w:tc>
      </w:tr>
    </w:tbl>
    <w:p w14:paraId="24B0FA3D" w14:textId="77777777" w:rsidR="006873C6" w:rsidRDefault="006873C6" w:rsidP="00B6630E">
      <w:pPr>
        <w:bidi/>
      </w:pPr>
    </w:p>
    <w:p w14:paraId="347CAF68" w14:textId="49F236A5" w:rsidR="006873C6" w:rsidRDefault="00CC1D85" w:rsidP="003F0F63">
      <w:pPr>
        <w:bidi/>
      </w:pPr>
      <w:r w:rsidRPr="00ED6E6B">
        <w:rPr>
          <w:rFonts w:ascii="B Nazanin" w:hAnsi="B Nazanin" w:cs="B Nazanin" w:hint="cs"/>
          <w:bCs/>
          <w:sz w:val="32"/>
          <w:szCs w:val="28"/>
          <w:rtl/>
        </w:rPr>
        <w:t>4)</w:t>
      </w:r>
      <w:r w:rsidRPr="00ED6E6B">
        <w:rPr>
          <w:rFonts w:ascii="B Nazanin" w:hAnsi="B Nazanin" w:cs="B Nazanin" w:hint="cs"/>
          <w:b/>
          <w:sz w:val="32"/>
          <w:szCs w:val="28"/>
          <w:rtl/>
        </w:rPr>
        <w:t xml:space="preserve"> </w:t>
      </w:r>
      <w:proofErr w:type="spellStart"/>
      <w:r w:rsidRPr="00026F85">
        <w:rPr>
          <w:rFonts w:ascii="B Nazanin" w:hAnsi="B Nazanin" w:cs="B Nazanin"/>
          <w:b/>
          <w:sz w:val="28"/>
          <w:szCs w:val="24"/>
        </w:rPr>
        <w:t>بلوپرینت</w:t>
      </w:r>
      <w:proofErr w:type="spellEnd"/>
      <w:r w:rsidRPr="00026F85">
        <w:rPr>
          <w:rFonts w:ascii="B Nazanin" w:hAnsi="B Nazanin" w:cs="B Nazanin"/>
          <w:b/>
          <w:sz w:val="28"/>
          <w:szCs w:val="24"/>
        </w:rPr>
        <w:t xml:space="preserve"> </w:t>
      </w:r>
      <w:proofErr w:type="spellStart"/>
      <w:r w:rsidRPr="00026F85">
        <w:rPr>
          <w:rFonts w:ascii="B Nazanin" w:hAnsi="B Nazanin" w:cs="B Nazanin"/>
          <w:b/>
          <w:sz w:val="28"/>
          <w:szCs w:val="24"/>
        </w:rPr>
        <w:t>آزمون</w:t>
      </w:r>
      <w:proofErr w:type="spellEnd"/>
      <w:r w:rsidRPr="00026F85">
        <w:rPr>
          <w:rFonts w:ascii="B Nazanin" w:hAnsi="B Nazanin" w:cs="B Nazanin" w:hint="cs"/>
          <w:b/>
          <w:sz w:val="28"/>
          <w:szCs w:val="24"/>
          <w:rtl/>
        </w:rPr>
        <w:t xml:space="preserve"> </w:t>
      </w:r>
      <w:r w:rsidRPr="00026F85">
        <w:rPr>
          <w:rFonts w:ascii="B Nazanin" w:hAnsi="B Nazanin" w:cs="B Nazanin"/>
          <w:b/>
          <w:sz w:val="28"/>
          <w:szCs w:val="24"/>
        </w:rPr>
        <w:t xml:space="preserve"> </w:t>
      </w:r>
      <w:r w:rsidRPr="00ED6E6B">
        <w:rPr>
          <w:rFonts w:ascii="B Nazanin" w:hAnsi="B Nazanin" w:cs="B Nazanin" w:hint="cs"/>
          <w:b/>
          <w:sz w:val="24"/>
          <w:rtl/>
        </w:rPr>
        <w:t xml:space="preserve">(دو </w:t>
      </w:r>
      <w:r w:rsidRPr="00ED6E6B">
        <w:rPr>
          <w:rFonts w:ascii="B Nazanin" w:hAnsi="B Nazanin" w:cs="B Nazanin"/>
          <w:b/>
          <w:sz w:val="24"/>
        </w:rPr>
        <w:t xml:space="preserve"> </w:t>
      </w:r>
      <w:r w:rsidR="00026F85" w:rsidRPr="00026F85">
        <w:rPr>
          <w:rFonts w:ascii="B Nazanin" w:hAnsi="B Nazanin" w:cs="B Nazanin" w:hint="cs"/>
          <w:b/>
          <w:sz w:val="28"/>
          <w:szCs w:val="24"/>
          <w:rtl/>
        </w:rPr>
        <w:t>تمپلیت</w:t>
      </w:r>
      <w:r w:rsidRPr="00026F85">
        <w:rPr>
          <w:rFonts w:ascii="B Nazanin" w:hAnsi="B Nazanin" w:cs="B Nazanin"/>
          <w:b/>
          <w:sz w:val="28"/>
          <w:szCs w:val="24"/>
        </w:rPr>
        <w:t xml:space="preserve"> </w:t>
      </w:r>
      <w:r w:rsidRPr="00ED6E6B">
        <w:rPr>
          <w:rFonts w:ascii="B Nazanin" w:hAnsi="B Nazanin" w:cs="B Nazanin" w:hint="cs"/>
          <w:b/>
          <w:sz w:val="24"/>
          <w:rtl/>
        </w:rPr>
        <w:t xml:space="preserve">به‌عنوان نمونه قرار داده شده است. </w:t>
      </w:r>
      <w:r w:rsidR="008E3D2F" w:rsidRPr="00ED6E6B">
        <w:rPr>
          <w:rFonts w:ascii="B Nazanin" w:hAnsi="B Nazanin" w:cs="B Nazanin" w:hint="cs"/>
          <w:b/>
          <w:sz w:val="24"/>
          <w:rtl/>
        </w:rPr>
        <w:t xml:space="preserve">بلوپرینت آزمون را بر اساس ماهیت دوره خود </w:t>
      </w:r>
      <w:r w:rsidR="00ED6E6B" w:rsidRPr="00ED6E6B">
        <w:rPr>
          <w:rFonts w:ascii="B Nazanin" w:hAnsi="B Nazanin" w:cs="B Nazanin" w:hint="cs"/>
          <w:b/>
          <w:sz w:val="24"/>
          <w:rtl/>
        </w:rPr>
        <w:t>بر اساس یکی از تمپلیت‌های پیشنهادی یا تمپلیت دلخواه خود تهیه کنید.)</w:t>
      </w:r>
    </w:p>
    <w:p w14:paraId="2E61F9EE" w14:textId="2703DA82" w:rsidR="006873C6" w:rsidRDefault="00000000" w:rsidP="003F0F63">
      <w:pPr>
        <w:bidi/>
      </w:pPr>
      <w:proofErr w:type="spellStart"/>
      <w:r>
        <w:rPr>
          <w:rFonts w:ascii="B Nazanin" w:hAnsi="B Nazanin" w:cs="B Nazanin"/>
          <w:b/>
        </w:rPr>
        <w:t>تمپلیت</w:t>
      </w:r>
      <w:proofErr w:type="spellEnd"/>
      <w:r>
        <w:rPr>
          <w:rFonts w:ascii="B Nazanin" w:hAnsi="B Nazanin" w:cs="B Nazanin"/>
          <w:b/>
        </w:rPr>
        <w:t xml:space="preserve"> 4-الف) </w:t>
      </w:r>
      <w:proofErr w:type="spellStart"/>
      <w:r>
        <w:rPr>
          <w:rFonts w:ascii="B Nazanin" w:hAnsi="B Nazanin" w:cs="B Nazanin"/>
          <w:b/>
        </w:rPr>
        <w:t>بلوپرینت</w:t>
      </w:r>
      <w:proofErr w:type="spellEnd"/>
      <w:r>
        <w:rPr>
          <w:rFonts w:ascii="B Nazanin" w:hAnsi="B Nazanin" w:cs="B Nazanin"/>
          <w:b/>
        </w:rPr>
        <w:t xml:space="preserve"> </w:t>
      </w:r>
      <w:proofErr w:type="spellStart"/>
      <w:r>
        <w:rPr>
          <w:rFonts w:ascii="B Nazanin" w:hAnsi="B Nazanin" w:cs="B Nazanin"/>
          <w:b/>
        </w:rPr>
        <w:t>بر</w:t>
      </w:r>
      <w:proofErr w:type="spellEnd"/>
      <w:r>
        <w:rPr>
          <w:rFonts w:ascii="B Nazanin" w:hAnsi="B Nazanin" w:cs="B Nazanin"/>
          <w:b/>
        </w:rPr>
        <w:t xml:space="preserve"> </w:t>
      </w:r>
      <w:proofErr w:type="spellStart"/>
      <w:r>
        <w:rPr>
          <w:rFonts w:ascii="B Nazanin" w:hAnsi="B Nazanin" w:cs="B Nazanin"/>
          <w:b/>
        </w:rPr>
        <w:t>اساس</w:t>
      </w:r>
      <w:proofErr w:type="spellEnd"/>
      <w:r>
        <w:rPr>
          <w:rFonts w:ascii="B Nazanin" w:hAnsi="B Nazanin" w:cs="B Nazanin"/>
          <w:b/>
        </w:rPr>
        <w:t xml:space="preserve"> </w:t>
      </w:r>
      <w:proofErr w:type="spellStart"/>
      <w:r>
        <w:rPr>
          <w:rFonts w:ascii="B Nazanin" w:hAnsi="B Nazanin" w:cs="B Nazanin"/>
          <w:b/>
        </w:rPr>
        <w:t>تعداد</w:t>
      </w:r>
      <w:proofErr w:type="spellEnd"/>
      <w:r>
        <w:rPr>
          <w:rFonts w:ascii="B Nazanin" w:hAnsi="B Nazanin" w:cs="B Nazanin"/>
          <w:b/>
        </w:rPr>
        <w:t xml:space="preserve"> جلسه/هفته </w:t>
      </w:r>
      <w:r w:rsidR="00F56DF5">
        <w:rPr>
          <w:rFonts w:ascii="B Nazanin" w:hAnsi="B Nazanin" w:cs="B Nazanin" w:hint="cs"/>
          <w:b/>
          <w:rtl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72"/>
        <w:gridCol w:w="1580"/>
        <w:gridCol w:w="1376"/>
        <w:gridCol w:w="1376"/>
        <w:gridCol w:w="1376"/>
        <w:gridCol w:w="1376"/>
        <w:gridCol w:w="1376"/>
      </w:tblGrid>
      <w:tr w:rsidR="006873C6" w:rsidRPr="00B23506" w14:paraId="22C01EAC" w14:textId="77777777" w:rsidTr="00B23506">
        <w:trPr>
          <w:jc w:val="center"/>
        </w:trPr>
        <w:tc>
          <w:tcPr>
            <w:tcW w:w="1172" w:type="dxa"/>
            <w:vAlign w:val="center"/>
          </w:tcPr>
          <w:p w14:paraId="7FBDEE6F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جلسه/هفته</w:t>
            </w:r>
          </w:p>
        </w:tc>
        <w:tc>
          <w:tcPr>
            <w:tcW w:w="1580" w:type="dxa"/>
            <w:vAlign w:val="center"/>
          </w:tcPr>
          <w:p w14:paraId="34710366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موضوع</w:t>
            </w:r>
            <w:proofErr w:type="spellEnd"/>
          </w:p>
        </w:tc>
        <w:tc>
          <w:tcPr>
            <w:tcW w:w="1376" w:type="dxa"/>
            <w:vAlign w:val="center"/>
          </w:tcPr>
          <w:p w14:paraId="6E9C294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یادآوری</w:t>
            </w:r>
            <w:proofErr w:type="spellEnd"/>
          </w:p>
        </w:tc>
        <w:tc>
          <w:tcPr>
            <w:tcW w:w="1376" w:type="dxa"/>
            <w:vAlign w:val="center"/>
          </w:tcPr>
          <w:p w14:paraId="77E7B49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فهم</w:t>
            </w:r>
            <w:proofErr w:type="spellEnd"/>
          </w:p>
        </w:tc>
        <w:tc>
          <w:tcPr>
            <w:tcW w:w="1376" w:type="dxa"/>
            <w:vAlign w:val="center"/>
          </w:tcPr>
          <w:p w14:paraId="0F073EF3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کاربرد</w:t>
            </w:r>
            <w:proofErr w:type="spellEnd"/>
          </w:p>
        </w:tc>
        <w:tc>
          <w:tcPr>
            <w:tcW w:w="1376" w:type="dxa"/>
            <w:vAlign w:val="center"/>
          </w:tcPr>
          <w:p w14:paraId="2406B823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تحلیل</w:t>
            </w:r>
            <w:proofErr w:type="spellEnd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/</w:t>
            </w: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ارزیابی</w:t>
            </w:r>
            <w:proofErr w:type="spellEnd"/>
          </w:p>
        </w:tc>
        <w:tc>
          <w:tcPr>
            <w:tcW w:w="1376" w:type="dxa"/>
            <w:vAlign w:val="center"/>
          </w:tcPr>
          <w:p w14:paraId="30D2D19C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جمع</w:t>
            </w:r>
            <w:proofErr w:type="spellEnd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 xml:space="preserve"> </w:t>
            </w: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نمره</w:t>
            </w:r>
            <w:proofErr w:type="spellEnd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/</w:t>
            </w:r>
            <w:proofErr w:type="spellStart"/>
            <w:r w:rsidRPr="00B23506">
              <w:rPr>
                <w:rFonts w:ascii="B Nazanin" w:hAnsi="B Nazanin" w:cs="B Nazanin"/>
                <w:b/>
                <w:sz w:val="20"/>
                <w:szCs w:val="20"/>
              </w:rPr>
              <w:t>سوال</w:t>
            </w:r>
            <w:proofErr w:type="spellEnd"/>
          </w:p>
        </w:tc>
      </w:tr>
      <w:tr w:rsidR="006873C6" w:rsidRPr="00B23506" w14:paraId="48F339AB" w14:textId="77777777" w:rsidTr="00B23506">
        <w:trPr>
          <w:jc w:val="center"/>
        </w:trPr>
        <w:tc>
          <w:tcPr>
            <w:tcW w:w="1172" w:type="dxa"/>
          </w:tcPr>
          <w:p w14:paraId="3F656D86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14:paraId="31277AA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مبانی</w:t>
            </w:r>
            <w:proofErr w:type="spellEnd"/>
            <w:r w:rsidRPr="00B23506">
              <w:rPr>
                <w:rFonts w:ascii="B Nazanin" w:hAnsi="B Nazanin" w:cs="B Nazanin"/>
                <w:sz w:val="20"/>
                <w:szCs w:val="20"/>
              </w:rPr>
              <w:t xml:space="preserve"> و </w:t>
            </w: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تعاریف</w:t>
            </w:r>
            <w:proofErr w:type="spellEnd"/>
          </w:p>
        </w:tc>
        <w:tc>
          <w:tcPr>
            <w:tcW w:w="1376" w:type="dxa"/>
          </w:tcPr>
          <w:p w14:paraId="5298613B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376" w:type="dxa"/>
          </w:tcPr>
          <w:p w14:paraId="3AD7001B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376" w:type="dxa"/>
          </w:tcPr>
          <w:p w14:paraId="652BE65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602FC1D0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232B233A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</w:tr>
      <w:tr w:rsidR="006873C6" w:rsidRPr="00B23506" w14:paraId="37BA1259" w14:textId="77777777" w:rsidTr="00B23506">
        <w:trPr>
          <w:jc w:val="center"/>
        </w:trPr>
        <w:tc>
          <w:tcPr>
            <w:tcW w:w="1172" w:type="dxa"/>
          </w:tcPr>
          <w:p w14:paraId="35F8278B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14:paraId="0C11D1D9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روش‌ها</w:t>
            </w:r>
            <w:proofErr w:type="spellEnd"/>
            <w:r w:rsidRPr="00B23506">
              <w:rPr>
                <w:rFonts w:ascii="B Nazanin" w:hAnsi="B Nazanin" w:cs="B Nazanin"/>
                <w:sz w:val="20"/>
                <w:szCs w:val="20"/>
              </w:rPr>
              <w:t>/</w:t>
            </w: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ابزارها</w:t>
            </w:r>
            <w:proofErr w:type="spellEnd"/>
          </w:p>
        </w:tc>
        <w:tc>
          <w:tcPr>
            <w:tcW w:w="1376" w:type="dxa"/>
          </w:tcPr>
          <w:p w14:paraId="22AC16D9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376" w:type="dxa"/>
          </w:tcPr>
          <w:p w14:paraId="3EF55255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376" w:type="dxa"/>
          </w:tcPr>
          <w:p w14:paraId="64645600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376" w:type="dxa"/>
          </w:tcPr>
          <w:p w14:paraId="7844370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6BFF2EFA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</w:tr>
      <w:tr w:rsidR="006873C6" w:rsidRPr="00B23506" w14:paraId="6BE0DEE8" w14:textId="77777777" w:rsidTr="00B23506">
        <w:trPr>
          <w:jc w:val="center"/>
        </w:trPr>
        <w:tc>
          <w:tcPr>
            <w:tcW w:w="1172" w:type="dxa"/>
          </w:tcPr>
          <w:p w14:paraId="785EBEF7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14:paraId="65D0F361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کاربردهای</w:t>
            </w:r>
            <w:proofErr w:type="spellEnd"/>
            <w:r w:rsidRPr="00B23506">
              <w:rPr>
                <w:rFonts w:ascii="B Nazanin" w:hAnsi="B Nazanin" w:cs="B Nazanin"/>
                <w:sz w:val="20"/>
                <w:szCs w:val="20"/>
              </w:rPr>
              <w:t xml:space="preserve"> </w:t>
            </w: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بالینی</w:t>
            </w:r>
            <w:proofErr w:type="spellEnd"/>
          </w:p>
        </w:tc>
        <w:tc>
          <w:tcPr>
            <w:tcW w:w="1376" w:type="dxa"/>
          </w:tcPr>
          <w:p w14:paraId="1C15AE93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06D70B2F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376" w:type="dxa"/>
          </w:tcPr>
          <w:p w14:paraId="02D4AC05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376" w:type="dxa"/>
          </w:tcPr>
          <w:p w14:paraId="33D7FA28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7FA4AF2A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</w:tr>
      <w:tr w:rsidR="006873C6" w:rsidRPr="00B23506" w14:paraId="7B820C7F" w14:textId="77777777" w:rsidTr="00B23506">
        <w:trPr>
          <w:jc w:val="center"/>
        </w:trPr>
        <w:tc>
          <w:tcPr>
            <w:tcW w:w="1172" w:type="dxa"/>
          </w:tcPr>
          <w:p w14:paraId="2CD465D7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14:paraId="6B53B0CF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تحلیل</w:t>
            </w:r>
            <w:proofErr w:type="spellEnd"/>
            <w:r w:rsidRPr="00B23506">
              <w:rPr>
                <w:rFonts w:ascii="B Nazanin" w:hAnsi="B Nazanin" w:cs="B Nazanin"/>
                <w:sz w:val="20"/>
                <w:szCs w:val="20"/>
              </w:rPr>
              <w:t xml:space="preserve"> </w:t>
            </w: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مورد</w:t>
            </w:r>
            <w:proofErr w:type="spellEnd"/>
            <w:r w:rsidRPr="00B23506">
              <w:rPr>
                <w:rFonts w:ascii="B Nazanin" w:hAnsi="B Nazanin" w:cs="B Nazanin"/>
                <w:sz w:val="20"/>
                <w:szCs w:val="20"/>
              </w:rPr>
              <w:t>/</w:t>
            </w:r>
            <w:proofErr w:type="spellStart"/>
            <w:r w:rsidRPr="00B23506">
              <w:rPr>
                <w:rFonts w:ascii="B Nazanin" w:hAnsi="B Nazanin" w:cs="B Nazanin"/>
                <w:sz w:val="20"/>
                <w:szCs w:val="20"/>
              </w:rPr>
              <w:t>سناریو</w:t>
            </w:r>
            <w:proofErr w:type="spellEnd"/>
          </w:p>
        </w:tc>
        <w:tc>
          <w:tcPr>
            <w:tcW w:w="1376" w:type="dxa"/>
          </w:tcPr>
          <w:p w14:paraId="04B2EEE3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5F832D57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376" w:type="dxa"/>
          </w:tcPr>
          <w:p w14:paraId="466F494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376" w:type="dxa"/>
          </w:tcPr>
          <w:p w14:paraId="365A3CF9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376" w:type="dxa"/>
          </w:tcPr>
          <w:p w14:paraId="3EE1E7AF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</w:tr>
      <w:tr w:rsidR="006873C6" w:rsidRPr="00B23506" w14:paraId="6CB17789" w14:textId="77777777" w:rsidTr="00B23506">
        <w:trPr>
          <w:jc w:val="center"/>
        </w:trPr>
        <w:tc>
          <w:tcPr>
            <w:tcW w:w="1172" w:type="dxa"/>
          </w:tcPr>
          <w:p w14:paraId="472661DE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80" w:type="dxa"/>
          </w:tcPr>
          <w:p w14:paraId="268553B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1376" w:type="dxa"/>
          </w:tcPr>
          <w:p w14:paraId="63E8A988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6FBCA663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334817F4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6FCBCC5F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786C4574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6873C6" w:rsidRPr="00B23506" w14:paraId="1C4A8DBB" w14:textId="77777777" w:rsidTr="00B23506">
        <w:trPr>
          <w:jc w:val="center"/>
        </w:trPr>
        <w:tc>
          <w:tcPr>
            <w:tcW w:w="1172" w:type="dxa"/>
          </w:tcPr>
          <w:p w14:paraId="6F43C179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80" w:type="dxa"/>
          </w:tcPr>
          <w:p w14:paraId="15621ECB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1376" w:type="dxa"/>
          </w:tcPr>
          <w:p w14:paraId="70441182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7E60982A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5ABA91D8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4279FEC9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76" w:type="dxa"/>
          </w:tcPr>
          <w:p w14:paraId="5D302D66" w14:textId="77777777" w:rsidR="006873C6" w:rsidRPr="00B23506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B2350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14:paraId="711C36CC" w14:textId="0EFEC1B8" w:rsidR="006873C6" w:rsidRDefault="00000000" w:rsidP="00B72E63">
      <w:pPr>
        <w:bidi/>
        <w:spacing w:before="240"/>
      </w:pPr>
      <w:proofErr w:type="spellStart"/>
      <w:r>
        <w:rPr>
          <w:rFonts w:ascii="B Nazanin" w:hAnsi="B Nazanin" w:cs="B Nazanin"/>
          <w:b/>
        </w:rPr>
        <w:t>تمپلیت</w:t>
      </w:r>
      <w:proofErr w:type="spellEnd"/>
      <w:r>
        <w:rPr>
          <w:rFonts w:ascii="B Nazanin" w:hAnsi="B Nazanin" w:cs="B Nazanin"/>
          <w:b/>
        </w:rPr>
        <w:t xml:space="preserve"> 4-ب) </w:t>
      </w:r>
      <w:proofErr w:type="spellStart"/>
      <w:r>
        <w:rPr>
          <w:rFonts w:ascii="B Nazanin" w:hAnsi="B Nazanin" w:cs="B Nazanin"/>
          <w:b/>
        </w:rPr>
        <w:t>بلوپرینت</w:t>
      </w:r>
      <w:proofErr w:type="spellEnd"/>
      <w:r>
        <w:rPr>
          <w:rFonts w:ascii="B Nazanin" w:hAnsi="B Nazanin" w:cs="B Nazanin"/>
          <w:b/>
        </w:rPr>
        <w:t xml:space="preserve"> </w:t>
      </w:r>
      <w:proofErr w:type="spellStart"/>
      <w:r>
        <w:rPr>
          <w:rFonts w:ascii="B Nazanin" w:hAnsi="B Nazanin" w:cs="B Nazanin"/>
          <w:b/>
        </w:rPr>
        <w:t>بر</w:t>
      </w:r>
      <w:proofErr w:type="spellEnd"/>
      <w:r>
        <w:rPr>
          <w:rFonts w:ascii="B Nazanin" w:hAnsi="B Nazanin" w:cs="B Nazanin"/>
          <w:b/>
        </w:rPr>
        <w:t xml:space="preserve"> </w:t>
      </w:r>
      <w:proofErr w:type="spellStart"/>
      <w:r>
        <w:rPr>
          <w:rFonts w:ascii="B Nazanin" w:hAnsi="B Nazanin" w:cs="B Nazanin"/>
          <w:b/>
        </w:rPr>
        <w:t>اساس</w:t>
      </w:r>
      <w:proofErr w:type="spellEnd"/>
      <w:r>
        <w:rPr>
          <w:rFonts w:ascii="B Nazanin" w:hAnsi="B Nazanin" w:cs="B Nazanin"/>
          <w:b/>
        </w:rPr>
        <w:t xml:space="preserve"> </w:t>
      </w:r>
      <w:proofErr w:type="spellStart"/>
      <w:r>
        <w:rPr>
          <w:rFonts w:ascii="B Nazanin" w:hAnsi="B Nazanin" w:cs="B Nazanin"/>
          <w:b/>
        </w:rPr>
        <w:t>مبحث</w:t>
      </w:r>
      <w:proofErr w:type="spellEnd"/>
      <w:r>
        <w:rPr>
          <w:rFonts w:ascii="B Nazanin" w:hAnsi="B Nazanin" w:cs="B Nazanin"/>
          <w:b/>
        </w:rPr>
        <w:t>/</w:t>
      </w:r>
      <w:proofErr w:type="spellStart"/>
      <w:r>
        <w:rPr>
          <w:rFonts w:ascii="B Nazanin" w:hAnsi="B Nazanin" w:cs="B Nazanin"/>
          <w:b/>
        </w:rPr>
        <w:t>سرفصل</w:t>
      </w:r>
      <w:proofErr w:type="spellEnd"/>
      <w:r>
        <w:rPr>
          <w:rFonts w:ascii="B Nazanin" w:hAnsi="B Nazanin" w:cs="B Nazanin"/>
          <w:b/>
        </w:rPr>
        <w:t xml:space="preserve"> </w:t>
      </w:r>
      <w:r w:rsidR="00B23506">
        <w:rPr>
          <w:rFonts w:ascii="B Nazanin" w:hAnsi="B Nazanin" w:cs="B Nazanin" w:hint="cs"/>
          <w:b/>
          <w:rtl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43"/>
        <w:gridCol w:w="1204"/>
        <w:gridCol w:w="1204"/>
        <w:gridCol w:w="1204"/>
        <w:gridCol w:w="1204"/>
        <w:gridCol w:w="1204"/>
        <w:gridCol w:w="1204"/>
        <w:gridCol w:w="1204"/>
      </w:tblGrid>
      <w:tr w:rsidR="006873C6" w:rsidRPr="008B73CB" w14:paraId="23A4AC54" w14:textId="77777777" w:rsidTr="008B73CB">
        <w:trPr>
          <w:jc w:val="center"/>
        </w:trPr>
        <w:tc>
          <w:tcPr>
            <w:tcW w:w="1243" w:type="dxa"/>
            <w:vAlign w:val="center"/>
          </w:tcPr>
          <w:p w14:paraId="626F14D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مبحث</w:t>
            </w:r>
            <w:proofErr w:type="spellEnd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/</w:t>
            </w: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سرفصل</w:t>
            </w:r>
            <w:proofErr w:type="spellEnd"/>
          </w:p>
        </w:tc>
        <w:tc>
          <w:tcPr>
            <w:tcW w:w="1204" w:type="dxa"/>
            <w:vAlign w:val="center"/>
          </w:tcPr>
          <w:p w14:paraId="5A7E4E32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وزن</w:t>
            </w:r>
            <w:proofErr w:type="spellEnd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 xml:space="preserve"> </w:t>
            </w: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محتوا</w:t>
            </w:r>
            <w:proofErr w:type="spellEnd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04" w:type="dxa"/>
            <w:vAlign w:val="center"/>
          </w:tcPr>
          <w:p w14:paraId="3A8ABDD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تعداد</w:t>
            </w:r>
            <w:proofErr w:type="spellEnd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 xml:space="preserve"> </w:t>
            </w: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سوال</w:t>
            </w:r>
            <w:proofErr w:type="spellEnd"/>
          </w:p>
        </w:tc>
        <w:tc>
          <w:tcPr>
            <w:tcW w:w="1204" w:type="dxa"/>
            <w:vAlign w:val="center"/>
          </w:tcPr>
          <w:p w14:paraId="77A0B2B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یادآوری</w:t>
            </w:r>
            <w:proofErr w:type="spellEnd"/>
          </w:p>
        </w:tc>
        <w:tc>
          <w:tcPr>
            <w:tcW w:w="1204" w:type="dxa"/>
            <w:vAlign w:val="center"/>
          </w:tcPr>
          <w:p w14:paraId="6AF62F96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فهم</w:t>
            </w:r>
            <w:proofErr w:type="spellEnd"/>
          </w:p>
        </w:tc>
        <w:tc>
          <w:tcPr>
            <w:tcW w:w="1204" w:type="dxa"/>
            <w:vAlign w:val="center"/>
          </w:tcPr>
          <w:p w14:paraId="018C8468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کاربرد</w:t>
            </w:r>
            <w:proofErr w:type="spellEnd"/>
          </w:p>
        </w:tc>
        <w:tc>
          <w:tcPr>
            <w:tcW w:w="1204" w:type="dxa"/>
            <w:vAlign w:val="center"/>
          </w:tcPr>
          <w:p w14:paraId="06C0477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تحلیل</w:t>
            </w:r>
            <w:proofErr w:type="spellEnd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/</w:t>
            </w: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ارزیابی</w:t>
            </w:r>
            <w:proofErr w:type="spellEnd"/>
          </w:p>
        </w:tc>
        <w:tc>
          <w:tcPr>
            <w:tcW w:w="1204" w:type="dxa"/>
            <w:vAlign w:val="center"/>
          </w:tcPr>
          <w:p w14:paraId="1981CD1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b/>
                <w:sz w:val="20"/>
                <w:szCs w:val="20"/>
              </w:rPr>
              <w:t>جمع</w:t>
            </w:r>
            <w:proofErr w:type="spellEnd"/>
          </w:p>
        </w:tc>
      </w:tr>
      <w:tr w:rsidR="006873C6" w:rsidRPr="008B73CB" w14:paraId="6C7EE23E" w14:textId="77777777" w:rsidTr="008B73CB">
        <w:trPr>
          <w:jc w:val="center"/>
        </w:trPr>
        <w:tc>
          <w:tcPr>
            <w:tcW w:w="1243" w:type="dxa"/>
          </w:tcPr>
          <w:p w14:paraId="7F73D59C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مبحث</w:t>
            </w:r>
            <w:proofErr w:type="spellEnd"/>
            <w:r w:rsidRPr="008B73CB">
              <w:rPr>
                <w:rFonts w:ascii="B Nazanin" w:hAnsi="B Nazanin" w:cs="B Nazanin"/>
                <w:sz w:val="20"/>
                <w:szCs w:val="20"/>
              </w:rPr>
              <w:t xml:space="preserve"> 1: </w:t>
            </w: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مفاهیم</w:t>
            </w:r>
            <w:proofErr w:type="spellEnd"/>
            <w:r w:rsidRPr="008B73CB">
              <w:rPr>
                <w:rFonts w:ascii="B Nazanin" w:hAnsi="B Nazanin" w:cs="B Nazanin"/>
                <w:sz w:val="20"/>
                <w:szCs w:val="20"/>
              </w:rPr>
              <w:t xml:space="preserve"> </w:t>
            </w: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پایه</w:t>
            </w:r>
            <w:proofErr w:type="spellEnd"/>
          </w:p>
        </w:tc>
        <w:tc>
          <w:tcPr>
            <w:tcW w:w="1204" w:type="dxa"/>
          </w:tcPr>
          <w:p w14:paraId="19D6C7FC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25</w:t>
            </w:r>
          </w:p>
        </w:tc>
        <w:tc>
          <w:tcPr>
            <w:tcW w:w="1204" w:type="dxa"/>
          </w:tcPr>
          <w:p w14:paraId="5FC2C59E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5</w:t>
            </w:r>
          </w:p>
        </w:tc>
        <w:tc>
          <w:tcPr>
            <w:tcW w:w="1204" w:type="dxa"/>
          </w:tcPr>
          <w:p w14:paraId="4E242BA5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5CAB2C56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2DD0BF74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204" w:type="dxa"/>
          </w:tcPr>
          <w:p w14:paraId="3C4D814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204" w:type="dxa"/>
          </w:tcPr>
          <w:p w14:paraId="0466881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5</w:t>
            </w:r>
          </w:p>
        </w:tc>
      </w:tr>
      <w:tr w:rsidR="006873C6" w:rsidRPr="008B73CB" w14:paraId="0BF9CC5D" w14:textId="77777777" w:rsidTr="008B73CB">
        <w:trPr>
          <w:jc w:val="center"/>
        </w:trPr>
        <w:tc>
          <w:tcPr>
            <w:tcW w:w="1243" w:type="dxa"/>
          </w:tcPr>
          <w:p w14:paraId="5ABA5E35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مبحث</w:t>
            </w:r>
            <w:proofErr w:type="spellEnd"/>
            <w:r w:rsidRPr="008B73CB">
              <w:rPr>
                <w:rFonts w:ascii="B Nazanin" w:hAnsi="B Nazanin" w:cs="B Nazanin"/>
                <w:sz w:val="20"/>
                <w:szCs w:val="20"/>
              </w:rPr>
              <w:t xml:space="preserve"> 2: </w:t>
            </w: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روش‌ها</w:t>
            </w:r>
            <w:proofErr w:type="spellEnd"/>
          </w:p>
        </w:tc>
        <w:tc>
          <w:tcPr>
            <w:tcW w:w="1204" w:type="dxa"/>
          </w:tcPr>
          <w:p w14:paraId="3ABCF07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35</w:t>
            </w:r>
          </w:p>
        </w:tc>
        <w:tc>
          <w:tcPr>
            <w:tcW w:w="1204" w:type="dxa"/>
          </w:tcPr>
          <w:p w14:paraId="7D62F86C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7</w:t>
            </w:r>
          </w:p>
        </w:tc>
        <w:tc>
          <w:tcPr>
            <w:tcW w:w="1204" w:type="dxa"/>
          </w:tcPr>
          <w:p w14:paraId="58E14197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549E2F85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5391F036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20B91ADD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204" w:type="dxa"/>
          </w:tcPr>
          <w:p w14:paraId="7848628E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7</w:t>
            </w:r>
          </w:p>
        </w:tc>
      </w:tr>
      <w:tr w:rsidR="006873C6" w:rsidRPr="008B73CB" w14:paraId="3B943D0C" w14:textId="77777777" w:rsidTr="008B73CB">
        <w:trPr>
          <w:jc w:val="center"/>
        </w:trPr>
        <w:tc>
          <w:tcPr>
            <w:tcW w:w="1243" w:type="dxa"/>
          </w:tcPr>
          <w:p w14:paraId="0921B91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مبحث</w:t>
            </w:r>
            <w:proofErr w:type="spellEnd"/>
            <w:r w:rsidRPr="008B73CB">
              <w:rPr>
                <w:rFonts w:ascii="B Nazanin" w:hAnsi="B Nazanin" w:cs="B Nazanin"/>
                <w:sz w:val="20"/>
                <w:szCs w:val="20"/>
              </w:rPr>
              <w:t xml:space="preserve"> 3: </w:t>
            </w: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کاربردها</w:t>
            </w:r>
            <w:proofErr w:type="spellEnd"/>
          </w:p>
        </w:tc>
        <w:tc>
          <w:tcPr>
            <w:tcW w:w="1204" w:type="dxa"/>
          </w:tcPr>
          <w:p w14:paraId="6DC7899D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25</w:t>
            </w:r>
          </w:p>
        </w:tc>
        <w:tc>
          <w:tcPr>
            <w:tcW w:w="1204" w:type="dxa"/>
          </w:tcPr>
          <w:p w14:paraId="1AF7447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5</w:t>
            </w:r>
          </w:p>
        </w:tc>
        <w:tc>
          <w:tcPr>
            <w:tcW w:w="1204" w:type="dxa"/>
          </w:tcPr>
          <w:p w14:paraId="1B099F5C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204" w:type="dxa"/>
          </w:tcPr>
          <w:p w14:paraId="5B334D02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204" w:type="dxa"/>
          </w:tcPr>
          <w:p w14:paraId="5A1E3598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53FAE95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204" w:type="dxa"/>
          </w:tcPr>
          <w:p w14:paraId="5BD5FE9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5</w:t>
            </w:r>
          </w:p>
        </w:tc>
      </w:tr>
      <w:tr w:rsidR="006873C6" w:rsidRPr="008B73CB" w14:paraId="6BC5BC4B" w14:textId="77777777" w:rsidTr="008B73CB">
        <w:trPr>
          <w:jc w:val="center"/>
        </w:trPr>
        <w:tc>
          <w:tcPr>
            <w:tcW w:w="1243" w:type="dxa"/>
          </w:tcPr>
          <w:p w14:paraId="40F6C19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مبحث</w:t>
            </w:r>
            <w:proofErr w:type="spellEnd"/>
            <w:r w:rsidRPr="008B73CB">
              <w:rPr>
                <w:rFonts w:ascii="B Nazanin" w:hAnsi="B Nazanin" w:cs="B Nazanin"/>
                <w:sz w:val="20"/>
                <w:szCs w:val="20"/>
              </w:rPr>
              <w:t xml:space="preserve"> 4: </w:t>
            </w: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سناریو</w:t>
            </w:r>
            <w:proofErr w:type="spellEnd"/>
            <w:r w:rsidRPr="008B73CB">
              <w:rPr>
                <w:rFonts w:ascii="B Nazanin" w:hAnsi="B Nazanin" w:cs="B Nazanin"/>
                <w:sz w:val="20"/>
                <w:szCs w:val="20"/>
              </w:rPr>
              <w:t>/</w:t>
            </w:r>
            <w:proofErr w:type="spellStart"/>
            <w:r w:rsidRPr="008B73CB">
              <w:rPr>
                <w:rFonts w:ascii="B Nazanin" w:hAnsi="B Nazanin" w:cs="B Nazanin"/>
                <w:sz w:val="20"/>
                <w:szCs w:val="20"/>
              </w:rPr>
              <w:t>کیس</w:t>
            </w:r>
            <w:proofErr w:type="spellEnd"/>
          </w:p>
        </w:tc>
        <w:tc>
          <w:tcPr>
            <w:tcW w:w="1204" w:type="dxa"/>
          </w:tcPr>
          <w:p w14:paraId="556C80BC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15</w:t>
            </w:r>
          </w:p>
        </w:tc>
        <w:tc>
          <w:tcPr>
            <w:tcW w:w="1204" w:type="dxa"/>
          </w:tcPr>
          <w:p w14:paraId="3E939AD1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  <w:tc>
          <w:tcPr>
            <w:tcW w:w="1204" w:type="dxa"/>
          </w:tcPr>
          <w:p w14:paraId="3FA71AB1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204" w:type="dxa"/>
          </w:tcPr>
          <w:p w14:paraId="08B7DF2E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0</w:t>
            </w:r>
          </w:p>
        </w:tc>
        <w:tc>
          <w:tcPr>
            <w:tcW w:w="1204" w:type="dxa"/>
          </w:tcPr>
          <w:p w14:paraId="10F9AA4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1</w:t>
            </w:r>
          </w:p>
        </w:tc>
        <w:tc>
          <w:tcPr>
            <w:tcW w:w="1204" w:type="dxa"/>
          </w:tcPr>
          <w:p w14:paraId="5505181D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2</w:t>
            </w:r>
          </w:p>
        </w:tc>
        <w:tc>
          <w:tcPr>
            <w:tcW w:w="1204" w:type="dxa"/>
          </w:tcPr>
          <w:p w14:paraId="3F7AF996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B Nazanin" w:hAnsi="B Nazanin" w:cs="B Nazanin"/>
                <w:sz w:val="20"/>
                <w:szCs w:val="20"/>
              </w:rPr>
              <w:t>3</w:t>
            </w:r>
          </w:p>
        </w:tc>
      </w:tr>
      <w:tr w:rsidR="006873C6" w:rsidRPr="008B73CB" w14:paraId="713E2088" w14:textId="77777777" w:rsidTr="008B73CB">
        <w:trPr>
          <w:jc w:val="center"/>
        </w:trPr>
        <w:tc>
          <w:tcPr>
            <w:tcW w:w="1243" w:type="dxa"/>
          </w:tcPr>
          <w:p w14:paraId="1BD56A0E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1204" w:type="dxa"/>
          </w:tcPr>
          <w:p w14:paraId="655268A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25850EFB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7C9C7DE2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1A964AFA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12C726AD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7D2363C1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51B6EA0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6873C6" w:rsidRPr="008B73CB" w14:paraId="4DC3FB71" w14:textId="77777777" w:rsidTr="008B73CB">
        <w:trPr>
          <w:jc w:val="center"/>
        </w:trPr>
        <w:tc>
          <w:tcPr>
            <w:tcW w:w="1243" w:type="dxa"/>
          </w:tcPr>
          <w:p w14:paraId="7772EE8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1204" w:type="dxa"/>
          </w:tcPr>
          <w:p w14:paraId="0F349053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6E91825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5F411FD0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606E4601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01806D3B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36EB343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04" w:type="dxa"/>
          </w:tcPr>
          <w:p w14:paraId="7840171F" w14:textId="77777777" w:rsidR="006873C6" w:rsidRPr="008B73CB" w:rsidRDefault="00000000" w:rsidP="00B6630E">
            <w:pPr>
              <w:bidi/>
              <w:rPr>
                <w:rFonts w:cs="B Nazanin"/>
                <w:sz w:val="20"/>
                <w:szCs w:val="20"/>
              </w:rPr>
            </w:pPr>
            <w:r w:rsidRPr="008B73C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14:paraId="60612A97" w14:textId="77777777" w:rsidR="00B72E63" w:rsidRDefault="00B72E63" w:rsidP="00CD3BC8">
      <w:pPr>
        <w:bidi/>
        <w:rPr>
          <w:rFonts w:ascii="B Nazanin" w:hAnsi="B Nazanin" w:cs="B Nazanin"/>
          <w:b/>
          <w:sz w:val="28"/>
          <w:szCs w:val="28"/>
        </w:rPr>
        <w:sectPr w:rsidR="00B72E63" w:rsidSect="004A6332"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56CD50FC" w14:textId="64E50774" w:rsidR="006873C6" w:rsidRPr="00B23506" w:rsidRDefault="00000000" w:rsidP="00CD3BC8">
      <w:pPr>
        <w:bidi/>
        <w:rPr>
          <w:rFonts w:ascii="B Nazanin" w:hAnsi="B Nazanin" w:cs="B Nazanin"/>
          <w:b/>
          <w:sz w:val="28"/>
          <w:szCs w:val="28"/>
          <w:rtl/>
        </w:rPr>
      </w:pPr>
      <w:proofErr w:type="spellStart"/>
      <w:r w:rsidRPr="00B23506">
        <w:rPr>
          <w:rFonts w:ascii="B Nazanin" w:hAnsi="B Nazanin" w:cs="B Nazanin"/>
          <w:b/>
          <w:sz w:val="28"/>
          <w:szCs w:val="28"/>
        </w:rPr>
        <w:lastRenderedPageBreak/>
        <w:t>جمع‌بندی</w:t>
      </w:r>
      <w:proofErr w:type="spellEnd"/>
      <w:r w:rsidRPr="00B23506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B23506">
        <w:rPr>
          <w:rFonts w:ascii="B Nazanin" w:hAnsi="B Nazanin" w:cs="B Nazanin"/>
          <w:b/>
          <w:sz w:val="28"/>
          <w:szCs w:val="28"/>
        </w:rPr>
        <w:t>نوماد</w:t>
      </w:r>
      <w:proofErr w:type="spellEnd"/>
      <w:r w:rsidR="00B23506">
        <w:rPr>
          <w:rFonts w:ascii="B Nazanin" w:hAnsi="B Nazanin" w:cs="B Nazanin" w:hint="cs"/>
          <w:b/>
          <w:sz w:val="28"/>
          <w:szCs w:val="28"/>
          <w:rtl/>
        </w:rPr>
        <w:t xml:space="preserve"> </w:t>
      </w:r>
      <w:r w:rsidR="00B23506" w:rsidRPr="00B23506">
        <w:rPr>
          <w:rFonts w:ascii="B Nazanin" w:hAnsi="B Nazanin" w:cs="B Nazanin" w:hint="cs"/>
          <w:b/>
          <w:sz w:val="28"/>
          <w:szCs w:val="28"/>
          <w:rtl/>
        </w:rPr>
        <w:t>(</w:t>
      </w:r>
      <w:proofErr w:type="spellStart"/>
      <w:r w:rsidRPr="00B23506">
        <w:rPr>
          <w:rFonts w:ascii="B Nazanin" w:hAnsi="B Nazanin" w:cs="B Nazanin"/>
          <w:b/>
          <w:sz w:val="28"/>
          <w:szCs w:val="28"/>
        </w:rPr>
        <w:t>نکات</w:t>
      </w:r>
      <w:proofErr w:type="spellEnd"/>
      <w:r w:rsidRPr="00B23506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B23506">
        <w:rPr>
          <w:rFonts w:ascii="B Nazanin" w:hAnsi="B Nazanin" w:cs="B Nazanin"/>
          <w:b/>
          <w:sz w:val="28"/>
          <w:szCs w:val="28"/>
        </w:rPr>
        <w:t>کلیدی</w:t>
      </w:r>
      <w:proofErr w:type="spellEnd"/>
      <w:r w:rsidRPr="00B23506">
        <w:rPr>
          <w:rFonts w:ascii="B Nazanin" w:hAnsi="B Nazanin" w:cs="B Nazanin"/>
          <w:b/>
          <w:sz w:val="28"/>
          <w:szCs w:val="28"/>
        </w:rPr>
        <w:t xml:space="preserve"> و </w:t>
      </w:r>
      <w:proofErr w:type="spellStart"/>
      <w:r w:rsidRPr="00B23506">
        <w:rPr>
          <w:rFonts w:ascii="B Nazanin" w:hAnsi="B Nazanin" w:cs="B Nazanin"/>
          <w:b/>
          <w:sz w:val="28"/>
          <w:szCs w:val="28"/>
        </w:rPr>
        <w:t>ریسک‌ها</w:t>
      </w:r>
      <w:proofErr w:type="spellEnd"/>
      <w:r w:rsidR="00B23506" w:rsidRPr="00B23506">
        <w:rPr>
          <w:rFonts w:ascii="B Nazanin" w:hAnsi="B Nazanin" w:cs="B Nazanin" w:hint="cs"/>
          <w:b/>
          <w:sz w:val="28"/>
          <w:szCs w:val="28"/>
          <w:rtl/>
        </w:rPr>
        <w:t>)</w:t>
      </w:r>
    </w:p>
    <w:p w14:paraId="3B3075E9" w14:textId="74ECDECF" w:rsidR="00B23506" w:rsidRPr="00B23506" w:rsidRDefault="00B23506" w:rsidP="00B23506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B23506">
        <w:rPr>
          <w:rFonts w:cs="B Nazanin" w:hint="cs"/>
          <w:sz w:val="24"/>
          <w:szCs w:val="24"/>
          <w:rtl/>
        </w:rPr>
        <w:t>الف</w:t>
      </w:r>
    </w:p>
    <w:p w14:paraId="4FEF803D" w14:textId="321776BB" w:rsidR="00B23506" w:rsidRPr="00B23506" w:rsidRDefault="00B23506" w:rsidP="00B23506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B23506">
        <w:rPr>
          <w:rFonts w:cs="B Nazanin" w:hint="cs"/>
          <w:sz w:val="24"/>
          <w:szCs w:val="24"/>
          <w:rtl/>
        </w:rPr>
        <w:t>ب</w:t>
      </w:r>
    </w:p>
    <w:p w14:paraId="3B9E5B7B" w14:textId="45284DEF" w:rsidR="00B23506" w:rsidRPr="00B23506" w:rsidRDefault="00B23506" w:rsidP="00B23506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B23506">
        <w:rPr>
          <w:rFonts w:cs="B Nazanin" w:hint="cs"/>
          <w:sz w:val="24"/>
          <w:szCs w:val="24"/>
          <w:rtl/>
        </w:rPr>
        <w:t>ج</w:t>
      </w:r>
    </w:p>
    <w:p w14:paraId="32E44115" w14:textId="79A18743" w:rsidR="00B23506" w:rsidRPr="00B23506" w:rsidRDefault="00B23506" w:rsidP="00B23506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</w:rPr>
      </w:pPr>
      <w:r w:rsidRPr="00B23506">
        <w:rPr>
          <w:rFonts w:cs="B Nazanin" w:hint="cs"/>
          <w:sz w:val="24"/>
          <w:szCs w:val="24"/>
          <w:rtl/>
        </w:rPr>
        <w:t>د</w:t>
      </w:r>
    </w:p>
    <w:p w14:paraId="1DA8A85E" w14:textId="54EA243A" w:rsidR="006873C6" w:rsidRDefault="006873C6" w:rsidP="00B6630E">
      <w:pPr>
        <w:bidi/>
        <w:jc w:val="right"/>
        <w:rPr>
          <w:rFonts w:ascii="Times New Roman" w:hAnsi="Times New Roman" w:cs="Times New Roman"/>
          <w:rtl/>
        </w:rPr>
      </w:pPr>
    </w:p>
    <w:p w14:paraId="0AAF4DE3" w14:textId="77777777" w:rsidR="004B608B" w:rsidRDefault="004B608B" w:rsidP="004B608B">
      <w:pPr>
        <w:bidi/>
        <w:jc w:val="right"/>
        <w:rPr>
          <w:rtl/>
        </w:rPr>
      </w:pPr>
    </w:p>
    <w:p w14:paraId="6EFEA592" w14:textId="77777777" w:rsidR="004B608B" w:rsidRDefault="004B608B" w:rsidP="004B608B">
      <w:pPr>
        <w:bidi/>
        <w:jc w:val="right"/>
        <w:rPr>
          <w:rtl/>
        </w:rPr>
      </w:pPr>
    </w:p>
    <w:p w14:paraId="636457A7" w14:textId="77777777" w:rsidR="004B608B" w:rsidRDefault="004B608B" w:rsidP="004B608B">
      <w:pPr>
        <w:bidi/>
        <w:jc w:val="right"/>
        <w:rPr>
          <w:rtl/>
        </w:rPr>
      </w:pPr>
    </w:p>
    <w:p w14:paraId="20F77B71" w14:textId="77777777" w:rsidR="004B608B" w:rsidRDefault="004B608B" w:rsidP="004B608B">
      <w:pPr>
        <w:bidi/>
        <w:jc w:val="right"/>
        <w:rPr>
          <w:rtl/>
        </w:rPr>
      </w:pPr>
    </w:p>
    <w:p w14:paraId="3834D809" w14:textId="77777777" w:rsidR="004B608B" w:rsidRDefault="004B608B" w:rsidP="004B608B">
      <w:pPr>
        <w:bidi/>
        <w:jc w:val="right"/>
        <w:rPr>
          <w:rtl/>
        </w:rPr>
      </w:pPr>
    </w:p>
    <w:p w14:paraId="63B93F16" w14:textId="77777777" w:rsidR="004B608B" w:rsidRDefault="004B608B" w:rsidP="004B608B">
      <w:pPr>
        <w:bidi/>
        <w:jc w:val="right"/>
        <w:rPr>
          <w:rtl/>
        </w:rPr>
      </w:pPr>
    </w:p>
    <w:p w14:paraId="6A351A3E" w14:textId="77777777" w:rsidR="004B608B" w:rsidRDefault="004B608B" w:rsidP="004B608B">
      <w:pPr>
        <w:bidi/>
        <w:jc w:val="right"/>
        <w:rPr>
          <w:rtl/>
        </w:rPr>
      </w:pPr>
    </w:p>
    <w:p w14:paraId="55685DDF" w14:textId="77777777" w:rsidR="004B608B" w:rsidRDefault="004B608B" w:rsidP="004B608B">
      <w:pPr>
        <w:bidi/>
        <w:jc w:val="right"/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6873C6" w14:paraId="3B5FAAED" w14:textId="77777777" w:rsidTr="008B73CB">
        <w:trPr>
          <w:trHeight w:val="782"/>
          <w:jc w:val="center"/>
        </w:trPr>
        <w:tc>
          <w:tcPr>
            <w:tcW w:w="2408" w:type="dxa"/>
            <w:vAlign w:val="center"/>
          </w:tcPr>
          <w:p w14:paraId="6A4FE94D" w14:textId="31D42984" w:rsidR="006873C6" w:rsidRPr="004B608B" w:rsidRDefault="00000000" w:rsidP="008B73CB">
            <w:pPr>
              <w:bidi/>
              <w:jc w:val="center"/>
              <w:rPr>
                <w:sz w:val="24"/>
                <w:szCs w:val="24"/>
              </w:rPr>
            </w:pP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تهیه‌کننده</w:t>
            </w:r>
            <w:proofErr w:type="spellEnd"/>
            <w:r w:rsidR="008B73CB" w:rsidRPr="004B608B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 xml:space="preserve"> (</w:t>
            </w: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مسئول</w:t>
            </w:r>
            <w:proofErr w:type="spellEnd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درس</w:t>
            </w:r>
            <w:proofErr w:type="spellEnd"/>
            <w:r w:rsidR="008B73CB" w:rsidRPr="004B608B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2408" w:type="dxa"/>
            <w:vAlign w:val="center"/>
          </w:tcPr>
          <w:p w14:paraId="16B60FEF" w14:textId="77777777" w:rsidR="006873C6" w:rsidRPr="004B608B" w:rsidRDefault="00000000" w:rsidP="008B73CB">
            <w:pPr>
              <w:bidi/>
              <w:jc w:val="center"/>
              <w:rPr>
                <w:sz w:val="24"/>
                <w:szCs w:val="24"/>
              </w:rPr>
            </w:pP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امضا</w:t>
            </w:r>
            <w:proofErr w:type="spellEnd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تاریخ</w:t>
            </w:r>
            <w:proofErr w:type="spellEnd"/>
          </w:p>
        </w:tc>
        <w:tc>
          <w:tcPr>
            <w:tcW w:w="2408" w:type="dxa"/>
            <w:vAlign w:val="center"/>
          </w:tcPr>
          <w:p w14:paraId="618DF8F2" w14:textId="1EFE2AFE" w:rsidR="006873C6" w:rsidRPr="004B608B" w:rsidRDefault="00000000" w:rsidP="008B73CB">
            <w:pPr>
              <w:bidi/>
              <w:jc w:val="center"/>
              <w:rPr>
                <w:sz w:val="24"/>
                <w:szCs w:val="24"/>
              </w:rPr>
            </w:pP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مدیر</w:t>
            </w:r>
            <w:proofErr w:type="spellEnd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 xml:space="preserve"> گروه</w:t>
            </w:r>
          </w:p>
        </w:tc>
        <w:tc>
          <w:tcPr>
            <w:tcW w:w="2408" w:type="dxa"/>
            <w:vAlign w:val="center"/>
          </w:tcPr>
          <w:p w14:paraId="1E9453CD" w14:textId="77777777" w:rsidR="006873C6" w:rsidRPr="004B608B" w:rsidRDefault="00000000" w:rsidP="008B73CB">
            <w:pPr>
              <w:bidi/>
              <w:jc w:val="center"/>
              <w:rPr>
                <w:sz w:val="24"/>
                <w:szCs w:val="24"/>
              </w:rPr>
            </w:pP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امضا</w:t>
            </w:r>
            <w:proofErr w:type="spellEnd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4B608B">
              <w:rPr>
                <w:rFonts w:ascii="B Nazanin" w:hAnsi="B Nazanin" w:cs="B Nazanin"/>
                <w:b/>
                <w:sz w:val="24"/>
                <w:szCs w:val="24"/>
              </w:rPr>
              <w:t>تاریخ</w:t>
            </w:r>
            <w:proofErr w:type="spellEnd"/>
          </w:p>
        </w:tc>
      </w:tr>
      <w:tr w:rsidR="006873C6" w14:paraId="18BF1609" w14:textId="77777777" w:rsidTr="008B73CB">
        <w:trPr>
          <w:trHeight w:val="1292"/>
          <w:jc w:val="center"/>
        </w:trPr>
        <w:tc>
          <w:tcPr>
            <w:tcW w:w="2408" w:type="dxa"/>
            <w:vAlign w:val="center"/>
          </w:tcPr>
          <w:p w14:paraId="602D1C90" w14:textId="33496E24" w:rsidR="006873C6" w:rsidRPr="004B608B" w:rsidRDefault="006873C6" w:rsidP="008B73CB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3DADB1AE" w14:textId="330A2B3C" w:rsidR="006873C6" w:rsidRPr="004B608B" w:rsidRDefault="006873C6" w:rsidP="008B73CB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4B86333B" w14:textId="231335F8" w:rsidR="006873C6" w:rsidRPr="004B608B" w:rsidRDefault="006873C6" w:rsidP="008B73CB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76684229" w14:textId="282962DB" w:rsidR="006873C6" w:rsidRPr="004B608B" w:rsidRDefault="006873C6" w:rsidP="008B73CB">
            <w:pPr>
              <w:bidi/>
              <w:jc w:val="center"/>
              <w:rPr>
                <w:sz w:val="24"/>
                <w:szCs w:val="24"/>
              </w:rPr>
            </w:pPr>
          </w:p>
        </w:tc>
      </w:tr>
    </w:tbl>
    <w:p w14:paraId="75BD038D" w14:textId="77777777" w:rsidR="006873C6" w:rsidRDefault="00000000" w:rsidP="00B6630E">
      <w:pPr>
        <w:bidi/>
      </w:pPr>
      <w:r>
        <w:br w:type="page"/>
      </w:r>
    </w:p>
    <w:p w14:paraId="7CA56F84" w14:textId="754AFF48" w:rsidR="00FA28FC" w:rsidRPr="00FA28FC" w:rsidRDefault="004B608B" w:rsidP="00FA28FC">
      <w:pPr>
        <w:bidi/>
        <w:jc w:val="center"/>
        <w:rPr>
          <w:sz w:val="32"/>
          <w:szCs w:val="32"/>
        </w:rPr>
      </w:pPr>
      <w:r w:rsidRPr="004B608B">
        <w:rPr>
          <w:rFonts w:ascii="B Nazanin" w:hAnsi="B Nazanin" w:cs="B Nazanin" w:hint="cs"/>
          <w:bCs/>
          <w:sz w:val="32"/>
          <w:szCs w:val="32"/>
          <w:rtl/>
        </w:rPr>
        <w:lastRenderedPageBreak/>
        <w:t>نوباد</w:t>
      </w:r>
      <w:r w:rsidR="00B72E63">
        <w:rPr>
          <w:rFonts w:ascii="B Nazanin" w:hAnsi="B Nazanin" w:cs="B Nazanin" w:hint="cs"/>
          <w:b/>
          <w:sz w:val="32"/>
          <w:szCs w:val="32"/>
          <w:rtl/>
        </w:rPr>
        <w:t xml:space="preserve"> </w:t>
      </w:r>
      <w:r w:rsidR="00B72E63" w:rsidRPr="00266CA9">
        <w:rPr>
          <w:rFonts w:ascii="B Nazanin" w:hAnsi="B Nazanin" w:cs="B Nazanin" w:hint="cs"/>
          <w:bCs/>
          <w:sz w:val="32"/>
          <w:szCs w:val="32"/>
          <w:rtl/>
        </w:rPr>
        <w:t>(</w:t>
      </w:r>
      <w:proofErr w:type="spellStart"/>
      <w:r w:rsidR="00B72E63" w:rsidRPr="00076797">
        <w:rPr>
          <w:rFonts w:ascii="B Nazanin" w:hAnsi="B Nazanin" w:cs="B Nazanin"/>
          <w:b/>
          <w:sz w:val="32"/>
          <w:szCs w:val="32"/>
        </w:rPr>
        <w:t>نقشه</w:t>
      </w:r>
      <w:proofErr w:type="spellEnd"/>
      <w:r w:rsidR="00B72E63" w:rsidRPr="00076797">
        <w:rPr>
          <w:rFonts w:ascii="B Nazanin" w:hAnsi="B Nazanin" w:cs="B Nazanin"/>
          <w:b/>
          <w:sz w:val="32"/>
          <w:szCs w:val="32"/>
        </w:rPr>
        <w:t xml:space="preserve"> </w:t>
      </w:r>
      <w:proofErr w:type="spellStart"/>
      <w:r w:rsidR="00B72E63" w:rsidRPr="00076797">
        <w:rPr>
          <w:rFonts w:ascii="B Nazanin" w:hAnsi="B Nazanin" w:cs="B Nazanin"/>
          <w:b/>
          <w:sz w:val="32"/>
          <w:szCs w:val="32"/>
        </w:rPr>
        <w:t>وضعیت</w:t>
      </w:r>
      <w:proofErr w:type="spellEnd"/>
      <w:r w:rsidR="00266CA9">
        <w:rPr>
          <w:rFonts w:ascii="B Nazanin" w:hAnsi="B Nazanin" w:cs="B Nazanin" w:hint="cs"/>
          <w:b/>
          <w:sz w:val="32"/>
          <w:szCs w:val="32"/>
          <w:rtl/>
        </w:rPr>
        <w:t xml:space="preserve"> </w:t>
      </w:r>
      <w:r w:rsidR="00266CA9" w:rsidRPr="00266CA9">
        <w:rPr>
          <w:rFonts w:ascii="B Nazanin" w:hAnsi="B Nazanin" w:cs="B Nazanin" w:hint="cs"/>
          <w:bCs/>
          <w:sz w:val="32"/>
          <w:szCs w:val="32"/>
          <w:rtl/>
        </w:rPr>
        <w:t>بهینه ارزشیابی</w:t>
      </w:r>
      <w:r w:rsidR="00F54214">
        <w:rPr>
          <w:rFonts w:ascii="B Nazanin" w:hAnsi="B Nazanin" w:cs="B Nazanin" w:hint="cs"/>
          <w:bCs/>
          <w:sz w:val="32"/>
          <w:szCs w:val="32"/>
          <w:rtl/>
        </w:rPr>
        <w:t xml:space="preserve"> دانشجو</w:t>
      </w:r>
      <w:r w:rsidR="00266CA9" w:rsidRPr="00266CA9">
        <w:rPr>
          <w:rFonts w:ascii="B Nazanin" w:hAnsi="B Nazanin" w:cs="B Nazanin" w:hint="cs"/>
          <w:bCs/>
          <w:sz w:val="32"/>
          <w:szCs w:val="32"/>
          <w:rtl/>
        </w:rPr>
        <w:t>)</w:t>
      </w:r>
      <w:r w:rsidR="00FA28FC">
        <w:rPr>
          <w:sz w:val="32"/>
          <w:szCs w:val="32"/>
          <w:rtl/>
        </w:rPr>
        <w:br/>
      </w:r>
      <w:proofErr w:type="spellStart"/>
      <w:r w:rsidR="00FA28FC" w:rsidRPr="00FA28FC">
        <w:rPr>
          <w:rFonts w:ascii="B Nazanin" w:hAnsi="B Nazanin" w:cs="B Nazanin"/>
          <w:b/>
          <w:bCs/>
          <w:sz w:val="24"/>
          <w:szCs w:val="24"/>
        </w:rPr>
        <w:t>هدف</w:t>
      </w:r>
      <w:proofErr w:type="spellEnd"/>
      <w:r w:rsidR="00FA28FC" w:rsidRPr="00FA28FC">
        <w:rPr>
          <w:rFonts w:ascii="B Nazanin" w:hAnsi="B Nazanin" w:cs="B Nazanin" w:hint="cs"/>
          <w:b/>
          <w:bCs/>
          <w:sz w:val="24"/>
          <w:szCs w:val="24"/>
          <w:rtl/>
        </w:rPr>
        <w:t>:</w:t>
      </w:r>
      <w:r w:rsidR="00FA28FC" w:rsidRPr="00FA28FC">
        <w:rPr>
          <w:rFonts w:ascii="B Nazanin" w:hAnsi="B Nazanin" w:cs="B Nazanin" w:hint="cs"/>
          <w:sz w:val="24"/>
          <w:szCs w:val="24"/>
          <w:rtl/>
        </w:rPr>
        <w:t xml:space="preserve"> </w:t>
      </w:r>
      <w:r w:rsidR="00FA28FC" w:rsidRPr="00FA28FC">
        <w:rPr>
          <w:rFonts w:ascii="B Nazanin" w:hAnsi="B Nazanin" w:cs="B Nazanin"/>
          <w:sz w:val="24"/>
          <w:szCs w:val="24"/>
        </w:rPr>
        <w:t xml:space="preserve">ارائه نسخه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بهینه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و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استاندارد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ارزشیابی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برای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نیمسال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جاری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بر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اساس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یافته‌های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نوماد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،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منابع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و </w:t>
      </w:r>
      <w:proofErr w:type="spellStart"/>
      <w:r w:rsidR="00FA28FC" w:rsidRPr="00FA28FC">
        <w:rPr>
          <w:rFonts w:ascii="B Nazanin" w:hAnsi="B Nazanin" w:cs="B Nazanin"/>
          <w:sz w:val="24"/>
          <w:szCs w:val="24"/>
        </w:rPr>
        <w:t>سیاست‌های</w:t>
      </w:r>
      <w:proofErr w:type="spellEnd"/>
      <w:r w:rsidR="00FA28FC" w:rsidRPr="00FA28FC">
        <w:rPr>
          <w:rFonts w:ascii="B Nazanin" w:hAnsi="B Nazanin" w:cs="B Nazanin"/>
          <w:sz w:val="24"/>
          <w:szCs w:val="24"/>
        </w:rPr>
        <w:t xml:space="preserve"> آموزشی</w:t>
      </w:r>
    </w:p>
    <w:p w14:paraId="5ADB69FA" w14:textId="77777777" w:rsidR="00B72E63" w:rsidRPr="00FA28FC" w:rsidRDefault="00B72E63" w:rsidP="00B72E63">
      <w:pPr>
        <w:bidi/>
        <w:rPr>
          <w:rFonts w:ascii="B Nazanin" w:hAnsi="B Nazanin" w:cs="B Nazanin"/>
          <w:b/>
          <w:sz w:val="28"/>
          <w:szCs w:val="28"/>
          <w:rtl/>
        </w:rPr>
      </w:pPr>
    </w:p>
    <w:p w14:paraId="661855AE" w14:textId="54ED2874" w:rsidR="006873C6" w:rsidRDefault="00B72E63" w:rsidP="008B35F3">
      <w:pPr>
        <w:bidi/>
        <w:rPr>
          <w:rFonts w:ascii="B Nazanin" w:hAnsi="B Nazanin" w:cs="B Nazanin"/>
          <w:bCs/>
          <w:sz w:val="28"/>
          <w:szCs w:val="28"/>
          <w:rtl/>
        </w:rPr>
      </w:pPr>
      <w:r w:rsidRPr="00177203">
        <w:rPr>
          <w:rFonts w:ascii="B Nazanin" w:hAnsi="B Nazanin" w:cs="B Nazanin" w:hint="cs"/>
          <w:bCs/>
          <w:sz w:val="28"/>
          <w:szCs w:val="28"/>
          <w:rtl/>
        </w:rPr>
        <w:t xml:space="preserve">1) </w:t>
      </w:r>
      <w:r w:rsidR="008B35F3" w:rsidRPr="008B35F3">
        <w:rPr>
          <w:rFonts w:ascii="B Nazanin" w:hAnsi="B Nazanin" w:cs="B Nazanin" w:hint="cs"/>
          <w:bCs/>
          <w:sz w:val="28"/>
          <w:szCs w:val="28"/>
          <w:rtl/>
        </w:rPr>
        <w:t>تحلیل شکاف</w:t>
      </w:r>
      <w:r w:rsidRPr="008B35F3">
        <w:rPr>
          <w:rFonts w:ascii="B Nazanin" w:hAnsi="B Nazanin" w:cs="B Nazanin" w:hint="cs"/>
          <w:bCs/>
          <w:sz w:val="28"/>
          <w:szCs w:val="28"/>
          <w:rtl/>
        </w:rPr>
        <w:t xml:space="preserve"> (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وضعیت</w:t>
      </w:r>
      <w:proofErr w:type="spellEnd"/>
      <w:r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177203">
        <w:rPr>
          <w:rFonts w:ascii="B Nazanin" w:hAnsi="B Nazanin" w:cs="B Nazanin"/>
          <w:b/>
          <w:sz w:val="28"/>
          <w:szCs w:val="28"/>
        </w:rPr>
        <w:t>موجود</w:t>
      </w:r>
      <w:proofErr w:type="spellEnd"/>
      <w:r w:rsidR="008B35F3">
        <w:rPr>
          <w:rFonts w:ascii="B Nazanin" w:hAnsi="B Nazanin" w:cs="B Nazanin" w:hint="cs"/>
          <w:b/>
          <w:sz w:val="28"/>
          <w:szCs w:val="28"/>
          <w:rtl/>
        </w:rPr>
        <w:t xml:space="preserve"> </w:t>
      </w:r>
      <w:r w:rsidR="008B35F3" w:rsidRPr="008B35F3">
        <w:rPr>
          <w:rFonts w:ascii="B Nazanin" w:hAnsi="B Nazanin" w:cs="B Nazanin" w:hint="cs"/>
          <w:bCs/>
          <w:sz w:val="28"/>
          <w:szCs w:val="28"/>
          <w:rtl/>
        </w:rPr>
        <w:t>در برایر وضعیت مطلوب</w:t>
      </w:r>
      <w:r w:rsidRPr="008B35F3">
        <w:rPr>
          <w:rFonts w:ascii="B Nazanin" w:hAnsi="B Nazanin" w:cs="B Nazanin" w:hint="cs"/>
          <w:bCs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22"/>
        <w:gridCol w:w="2353"/>
        <w:gridCol w:w="2331"/>
        <w:gridCol w:w="2344"/>
      </w:tblGrid>
      <w:tr w:rsidR="001F574D" w:rsidRPr="00E563C5" w14:paraId="20F1500D" w14:textId="77777777" w:rsidTr="001F574D">
        <w:trPr>
          <w:trHeight w:val="720"/>
          <w:jc w:val="center"/>
        </w:trPr>
        <w:tc>
          <w:tcPr>
            <w:tcW w:w="2322" w:type="dxa"/>
            <w:vAlign w:val="center"/>
          </w:tcPr>
          <w:p w14:paraId="76FDD764" w14:textId="77777777" w:rsidR="001F574D" w:rsidRPr="00E563C5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E563C5">
              <w:rPr>
                <w:rFonts w:ascii="Arial" w:eastAsia="Noto Naskh Arabic" w:hAnsi="Arial" w:cs="B Nazanin" w:hint="cs"/>
                <w:bCs/>
                <w:sz w:val="19"/>
                <w:rtl/>
              </w:rPr>
              <w:t>حوزه</w:t>
            </w:r>
          </w:p>
        </w:tc>
        <w:tc>
          <w:tcPr>
            <w:tcW w:w="2353" w:type="dxa"/>
            <w:vAlign w:val="center"/>
          </w:tcPr>
          <w:p w14:paraId="033CFF1C" w14:textId="77777777" w:rsidR="001F574D" w:rsidRPr="00E563C5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E563C5">
              <w:rPr>
                <w:rFonts w:ascii="Arial" w:eastAsia="Noto Naskh Arabic" w:hAnsi="Arial" w:cs="B Nazanin" w:hint="cs"/>
                <w:bCs/>
                <w:sz w:val="19"/>
                <w:rtl/>
              </w:rPr>
              <w:t>وضعیت</w:t>
            </w:r>
            <w:r w:rsidRPr="00E563C5">
              <w:rPr>
                <w:rFonts w:ascii="Noto Naskh Arabic" w:eastAsia="Noto Naskh Arabic" w:hAnsi="Noto Naskh Arabic" w:cs="B Nazanin"/>
                <w:bCs/>
                <w:sz w:val="19"/>
                <w:rtl/>
              </w:rPr>
              <w:t>/</w:t>
            </w:r>
            <w:r w:rsidRPr="00E563C5">
              <w:rPr>
                <w:rFonts w:ascii="Arial" w:eastAsia="Noto Naskh Arabic" w:hAnsi="Arial" w:cs="B Nazanin" w:hint="cs"/>
                <w:bCs/>
                <w:sz w:val="19"/>
                <w:rtl/>
              </w:rPr>
              <w:t>مسئله</w:t>
            </w:r>
          </w:p>
        </w:tc>
        <w:tc>
          <w:tcPr>
            <w:tcW w:w="2331" w:type="dxa"/>
            <w:vAlign w:val="center"/>
          </w:tcPr>
          <w:p w14:paraId="56137850" w14:textId="77777777" w:rsidR="001F574D" w:rsidRPr="00E563C5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E563C5">
              <w:rPr>
                <w:rFonts w:cs="B Nazanin" w:hint="cs"/>
                <w:bCs/>
                <w:rtl/>
              </w:rPr>
              <w:t>اقدام</w:t>
            </w:r>
            <w:r w:rsidRPr="00E563C5">
              <w:rPr>
                <w:rFonts w:cs="B Nazanin"/>
                <w:bCs/>
                <w:rtl/>
              </w:rPr>
              <w:t xml:space="preserve"> </w:t>
            </w:r>
            <w:r w:rsidRPr="00E563C5">
              <w:rPr>
                <w:rFonts w:cs="B Nazanin" w:hint="cs"/>
                <w:bCs/>
                <w:rtl/>
              </w:rPr>
              <w:t>پیشنهادی</w:t>
            </w:r>
          </w:p>
        </w:tc>
        <w:tc>
          <w:tcPr>
            <w:tcW w:w="2344" w:type="dxa"/>
            <w:vAlign w:val="center"/>
          </w:tcPr>
          <w:p w14:paraId="43FB762C" w14:textId="77777777" w:rsidR="001F574D" w:rsidRPr="00E563C5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E563C5">
              <w:rPr>
                <w:rFonts w:cs="B Nazanin" w:hint="cs"/>
                <w:bCs/>
                <w:rtl/>
              </w:rPr>
              <w:t>زمان</w:t>
            </w:r>
            <w:r w:rsidRPr="00E563C5">
              <w:rPr>
                <w:rFonts w:cs="B Nazanin"/>
                <w:bCs/>
                <w:rtl/>
              </w:rPr>
              <w:t>/</w:t>
            </w:r>
            <w:r w:rsidRPr="00E563C5">
              <w:rPr>
                <w:rFonts w:cs="B Nazanin" w:hint="cs"/>
                <w:bCs/>
                <w:rtl/>
              </w:rPr>
              <w:t>مسئول</w:t>
            </w:r>
          </w:p>
        </w:tc>
      </w:tr>
      <w:tr w:rsidR="001F574D" w:rsidRPr="00E563C5" w14:paraId="40FE9810" w14:textId="77777777" w:rsidTr="001F574D">
        <w:trPr>
          <w:trHeight w:val="720"/>
          <w:jc w:val="center"/>
        </w:trPr>
        <w:tc>
          <w:tcPr>
            <w:tcW w:w="2322" w:type="dxa"/>
            <w:vAlign w:val="center"/>
          </w:tcPr>
          <w:p w14:paraId="6498C2EF" w14:textId="0B1D82EC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53" w:type="dxa"/>
            <w:vAlign w:val="center"/>
          </w:tcPr>
          <w:p w14:paraId="537B3E37" w14:textId="0893046D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3A0E9355" w14:textId="0FC1602B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14:paraId="5C36E511" w14:textId="3D0F51C9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</w:tr>
      <w:tr w:rsidR="001F574D" w:rsidRPr="00E563C5" w14:paraId="21B6D4B2" w14:textId="77777777" w:rsidTr="001F574D">
        <w:trPr>
          <w:trHeight w:val="720"/>
          <w:jc w:val="center"/>
        </w:trPr>
        <w:tc>
          <w:tcPr>
            <w:tcW w:w="2322" w:type="dxa"/>
            <w:vAlign w:val="center"/>
          </w:tcPr>
          <w:p w14:paraId="021C8452" w14:textId="099BAEFF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53" w:type="dxa"/>
            <w:vAlign w:val="center"/>
          </w:tcPr>
          <w:p w14:paraId="1B0CDD7C" w14:textId="1360F4CA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5799B185" w14:textId="1EF40B44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14:paraId="3E3C1322" w14:textId="0634497E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</w:tr>
      <w:tr w:rsidR="001F574D" w:rsidRPr="00E563C5" w14:paraId="61C29EBE" w14:textId="77777777" w:rsidTr="001F574D">
        <w:trPr>
          <w:trHeight w:val="720"/>
          <w:jc w:val="center"/>
        </w:trPr>
        <w:tc>
          <w:tcPr>
            <w:tcW w:w="2322" w:type="dxa"/>
            <w:vAlign w:val="center"/>
          </w:tcPr>
          <w:p w14:paraId="7E0A863B" w14:textId="0207799C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53" w:type="dxa"/>
            <w:vAlign w:val="center"/>
          </w:tcPr>
          <w:p w14:paraId="74CC6FE7" w14:textId="503AFCF7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61EDF577" w14:textId="56853B26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14:paraId="00EEBC83" w14:textId="3495164C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</w:tr>
      <w:tr w:rsidR="001F574D" w:rsidRPr="00E563C5" w14:paraId="4F10BAE9" w14:textId="77777777" w:rsidTr="001F574D">
        <w:trPr>
          <w:trHeight w:val="720"/>
          <w:jc w:val="center"/>
        </w:trPr>
        <w:tc>
          <w:tcPr>
            <w:tcW w:w="2322" w:type="dxa"/>
            <w:vAlign w:val="center"/>
          </w:tcPr>
          <w:p w14:paraId="0250BEDD" w14:textId="7D01BE27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53" w:type="dxa"/>
            <w:vAlign w:val="center"/>
          </w:tcPr>
          <w:p w14:paraId="6EB6C913" w14:textId="47ED7DD9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754CBEDC" w14:textId="3361BF1D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14:paraId="1C42F07D" w14:textId="73D0FC08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</w:tr>
      <w:tr w:rsidR="001F574D" w:rsidRPr="00E563C5" w14:paraId="2B1D802B" w14:textId="77777777" w:rsidTr="001F574D">
        <w:trPr>
          <w:trHeight w:val="720"/>
          <w:jc w:val="center"/>
        </w:trPr>
        <w:tc>
          <w:tcPr>
            <w:tcW w:w="2322" w:type="dxa"/>
            <w:vAlign w:val="center"/>
          </w:tcPr>
          <w:p w14:paraId="4FDF4BC5" w14:textId="761A184B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53" w:type="dxa"/>
            <w:vAlign w:val="center"/>
          </w:tcPr>
          <w:p w14:paraId="446A9736" w14:textId="2B1F9815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4837D9DE" w14:textId="6D09C6E1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14:paraId="21ADFF07" w14:textId="46E8D395" w:rsidR="001F574D" w:rsidRPr="00E563C5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</w:p>
        </w:tc>
      </w:tr>
    </w:tbl>
    <w:p w14:paraId="117EC7C2" w14:textId="77777777" w:rsidR="006873C6" w:rsidRDefault="006873C6" w:rsidP="00B6630E">
      <w:pPr>
        <w:bidi/>
        <w:rPr>
          <w:rtl/>
        </w:rPr>
      </w:pPr>
    </w:p>
    <w:p w14:paraId="7F4F1EBE" w14:textId="7EE81ECB" w:rsidR="00CC740F" w:rsidRDefault="000F4CDB" w:rsidP="00CC740F">
      <w:pPr>
        <w:bidi/>
        <w:rPr>
          <w:rFonts w:ascii="B Nazanin" w:hAnsi="B Nazanin" w:cs="B Nazanin"/>
          <w:bCs/>
          <w:sz w:val="28"/>
          <w:szCs w:val="28"/>
          <w:rtl/>
        </w:rPr>
      </w:pPr>
      <w:r>
        <w:rPr>
          <w:rFonts w:ascii="B Nazanin" w:hAnsi="B Nazanin" w:cs="B Nazanin" w:hint="cs"/>
          <w:bCs/>
          <w:sz w:val="28"/>
          <w:szCs w:val="28"/>
          <w:rtl/>
        </w:rPr>
        <w:t>2</w:t>
      </w:r>
      <w:r w:rsidR="00CC740F" w:rsidRPr="00177203">
        <w:rPr>
          <w:rFonts w:ascii="B Nazanin" w:hAnsi="B Nazanin" w:cs="B Nazanin" w:hint="cs"/>
          <w:bCs/>
          <w:sz w:val="28"/>
          <w:szCs w:val="28"/>
          <w:rtl/>
        </w:rPr>
        <w:t xml:space="preserve">) </w:t>
      </w:r>
      <w:proofErr w:type="spellStart"/>
      <w:r w:rsidR="00CC740F" w:rsidRPr="00177203">
        <w:rPr>
          <w:rFonts w:ascii="B Nazanin" w:hAnsi="B Nazanin" w:cs="B Nazanin"/>
          <w:b/>
          <w:sz w:val="28"/>
          <w:szCs w:val="28"/>
        </w:rPr>
        <w:t>جدول</w:t>
      </w:r>
      <w:proofErr w:type="spellEnd"/>
      <w:r w:rsidR="00CC740F"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="00CC740F" w:rsidRPr="00177203">
        <w:rPr>
          <w:rFonts w:ascii="B Nazanin" w:hAnsi="B Nazanin" w:cs="B Nazanin"/>
          <w:b/>
          <w:sz w:val="28"/>
          <w:szCs w:val="28"/>
        </w:rPr>
        <w:t>نحوه</w:t>
      </w:r>
      <w:proofErr w:type="spellEnd"/>
      <w:r w:rsidR="00CC740F"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="00CC740F" w:rsidRPr="00177203">
        <w:rPr>
          <w:rFonts w:ascii="B Nazanin" w:hAnsi="B Nazanin" w:cs="B Nazanin"/>
          <w:b/>
          <w:sz w:val="28"/>
          <w:szCs w:val="28"/>
        </w:rPr>
        <w:t>ارزشیابی</w:t>
      </w:r>
      <w:proofErr w:type="spellEnd"/>
      <w:r w:rsidR="00CC740F" w:rsidRPr="00177203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="00CC740F" w:rsidRPr="00177203">
        <w:rPr>
          <w:rFonts w:ascii="B Nazanin" w:hAnsi="B Nazanin" w:cs="B Nazanin"/>
          <w:b/>
          <w:sz w:val="28"/>
          <w:szCs w:val="28"/>
        </w:rPr>
        <w:t>دانشجو</w:t>
      </w:r>
      <w:proofErr w:type="spellEnd"/>
      <w:r w:rsidR="00CC740F" w:rsidRPr="00177203">
        <w:rPr>
          <w:rFonts w:ascii="B Nazanin" w:hAnsi="B Nazanin" w:cs="B Nazanin" w:hint="cs"/>
          <w:b/>
          <w:sz w:val="28"/>
          <w:szCs w:val="28"/>
          <w:rtl/>
        </w:rPr>
        <w:t xml:space="preserve"> </w:t>
      </w:r>
      <w:r w:rsidR="00CC740F" w:rsidRPr="000F4CDB">
        <w:rPr>
          <w:rFonts w:ascii="B Nazanin" w:hAnsi="B Nazanin" w:cs="B Nazanin" w:hint="cs"/>
          <w:bCs/>
          <w:sz w:val="28"/>
          <w:szCs w:val="28"/>
          <w:rtl/>
        </w:rPr>
        <w:t>(</w:t>
      </w:r>
      <w:r w:rsidRPr="000F4CDB">
        <w:rPr>
          <w:rFonts w:ascii="B Nazanin" w:hAnsi="B Nazanin" w:cs="B Nazanin" w:hint="cs"/>
          <w:bCs/>
          <w:sz w:val="28"/>
          <w:szCs w:val="28"/>
          <w:rtl/>
        </w:rPr>
        <w:t>نسخه بهینه/نوباد</w:t>
      </w:r>
      <w:r w:rsidR="00CC740F" w:rsidRPr="000F4CDB">
        <w:rPr>
          <w:rFonts w:ascii="B Nazanin" w:hAnsi="B Nazanin" w:cs="B Nazanin" w:hint="cs"/>
          <w:bCs/>
          <w:sz w:val="28"/>
          <w:szCs w:val="28"/>
          <w:rtl/>
        </w:rPr>
        <w:t>)</w:t>
      </w:r>
    </w:p>
    <w:tbl>
      <w:tblPr>
        <w:tblStyle w:val="TableGrid"/>
        <w:bidiVisual/>
        <w:tblW w:w="10103" w:type="dxa"/>
        <w:jc w:val="center"/>
        <w:tblLook w:val="04A0" w:firstRow="1" w:lastRow="0" w:firstColumn="1" w:lastColumn="0" w:noHBand="0" w:noVBand="1"/>
      </w:tblPr>
      <w:tblGrid>
        <w:gridCol w:w="1852"/>
        <w:gridCol w:w="2263"/>
        <w:gridCol w:w="2300"/>
        <w:gridCol w:w="1965"/>
        <w:gridCol w:w="1723"/>
      </w:tblGrid>
      <w:tr w:rsidR="001F574D" w:rsidRPr="00DC4568" w14:paraId="791A9F6D" w14:textId="77777777" w:rsidTr="001F574D">
        <w:trPr>
          <w:trHeight w:val="576"/>
          <w:jc w:val="center"/>
        </w:trPr>
        <w:tc>
          <w:tcPr>
            <w:tcW w:w="1852" w:type="dxa"/>
            <w:vAlign w:val="center"/>
          </w:tcPr>
          <w:p w14:paraId="52E13353" w14:textId="77777777" w:rsidR="001F574D" w:rsidRPr="00DC4568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DC4568">
              <w:rPr>
                <w:rFonts w:ascii="Arial" w:eastAsia="Noto Naskh Arabic" w:hAnsi="Arial" w:cs="B Nazanin" w:hint="cs"/>
                <w:bCs/>
                <w:sz w:val="19"/>
                <w:rtl/>
              </w:rPr>
              <w:t>مؤلفه</w:t>
            </w:r>
          </w:p>
        </w:tc>
        <w:tc>
          <w:tcPr>
            <w:tcW w:w="2263" w:type="dxa"/>
            <w:vAlign w:val="center"/>
          </w:tcPr>
          <w:p w14:paraId="247AEBAB" w14:textId="77777777" w:rsidR="001F574D" w:rsidRPr="00DC4568" w:rsidRDefault="001F574D" w:rsidP="00721FF6">
            <w:pPr>
              <w:bidi/>
              <w:jc w:val="center"/>
              <w:rPr>
                <w:rFonts w:ascii="B Nazanin" w:hAnsi="B Nazanin" w:cs="B Nazanin"/>
                <w:bCs/>
                <w:sz w:val="20"/>
                <w:szCs w:val="20"/>
              </w:rPr>
            </w:pPr>
            <w:r w:rsidRPr="00DC4568">
              <w:rPr>
                <w:rFonts w:cs="B Nazanin" w:hint="cs"/>
                <w:bCs/>
                <w:rtl/>
              </w:rPr>
              <w:t>نوع</w:t>
            </w:r>
          </w:p>
        </w:tc>
        <w:tc>
          <w:tcPr>
            <w:tcW w:w="2300" w:type="dxa"/>
            <w:vAlign w:val="center"/>
          </w:tcPr>
          <w:p w14:paraId="1AAFC3E8" w14:textId="77777777" w:rsidR="001F574D" w:rsidRPr="00DC4568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DC4568">
              <w:rPr>
                <w:rFonts w:cs="B Nazanin" w:hint="cs"/>
                <w:bCs/>
                <w:rtl/>
              </w:rPr>
              <w:t>روش</w:t>
            </w:r>
          </w:p>
        </w:tc>
        <w:tc>
          <w:tcPr>
            <w:tcW w:w="1965" w:type="dxa"/>
            <w:vAlign w:val="center"/>
          </w:tcPr>
          <w:p w14:paraId="63FB6B61" w14:textId="77777777" w:rsidR="001F574D" w:rsidRPr="00DC4568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DC4568">
              <w:rPr>
                <w:rFonts w:cs="B Nazanin" w:hint="cs"/>
                <w:bCs/>
                <w:rtl/>
              </w:rPr>
              <w:t>وزن</w:t>
            </w:r>
          </w:p>
        </w:tc>
        <w:tc>
          <w:tcPr>
            <w:tcW w:w="1723" w:type="dxa"/>
            <w:vAlign w:val="center"/>
          </w:tcPr>
          <w:p w14:paraId="3F5348BF" w14:textId="77777777" w:rsidR="001F574D" w:rsidRPr="00DC4568" w:rsidRDefault="001F574D" w:rsidP="00721FF6">
            <w:pPr>
              <w:bidi/>
              <w:jc w:val="center"/>
              <w:rPr>
                <w:rFonts w:cs="B Nazanin"/>
                <w:bCs/>
                <w:sz w:val="20"/>
                <w:szCs w:val="20"/>
              </w:rPr>
            </w:pPr>
            <w:r w:rsidRPr="00DC4568">
              <w:rPr>
                <w:rFonts w:cs="B Nazanin" w:hint="cs"/>
                <w:bCs/>
                <w:rtl/>
              </w:rPr>
              <w:t>مسئول</w:t>
            </w:r>
          </w:p>
        </w:tc>
      </w:tr>
      <w:tr w:rsidR="001F574D" w:rsidRPr="00DC4568" w14:paraId="20DD91F1" w14:textId="77777777" w:rsidTr="001F574D">
        <w:trPr>
          <w:trHeight w:val="576"/>
          <w:jc w:val="center"/>
        </w:trPr>
        <w:tc>
          <w:tcPr>
            <w:tcW w:w="1852" w:type="dxa"/>
            <w:vAlign w:val="center"/>
          </w:tcPr>
          <w:p w14:paraId="0D6302D9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حضور</w:t>
            </w:r>
            <w:r w:rsidRPr="00DC4568">
              <w:rPr>
                <w:rFonts w:ascii="Noto Naskh Arabic" w:eastAsia="Noto Naskh Arabic" w:hAnsi="Noto Naskh Arabic" w:cs="B Nazanin"/>
                <w:sz w:val="19"/>
                <w:rtl/>
              </w:rPr>
              <w:t xml:space="preserve"> </w:t>
            </w: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و</w:t>
            </w:r>
            <w:r w:rsidRPr="00DC4568">
              <w:rPr>
                <w:rFonts w:ascii="Noto Naskh Arabic" w:eastAsia="Noto Naskh Arabic" w:hAnsi="Noto Naskh Arabic" w:cs="B Nazanin"/>
                <w:sz w:val="19"/>
                <w:rtl/>
              </w:rPr>
              <w:t xml:space="preserve"> </w:t>
            </w: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مشارکت</w:t>
            </w:r>
          </w:p>
        </w:tc>
        <w:tc>
          <w:tcPr>
            <w:tcW w:w="2263" w:type="dxa"/>
            <w:vAlign w:val="center"/>
          </w:tcPr>
          <w:p w14:paraId="2A710830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DC4568">
              <w:rPr>
                <w:rFonts w:cs="B Nazanin" w:hint="cs"/>
                <w:rtl/>
              </w:rPr>
              <w:t>تکوینی</w:t>
            </w:r>
          </w:p>
        </w:tc>
        <w:tc>
          <w:tcPr>
            <w:tcW w:w="2300" w:type="dxa"/>
            <w:vAlign w:val="center"/>
          </w:tcPr>
          <w:p w14:paraId="4D53EC9B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حضور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و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فعالیت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کلاسی</w:t>
            </w:r>
          </w:p>
        </w:tc>
        <w:tc>
          <w:tcPr>
            <w:tcW w:w="1965" w:type="dxa"/>
            <w:vAlign w:val="center"/>
          </w:tcPr>
          <w:p w14:paraId="27A8E7FA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%10</w:t>
            </w:r>
          </w:p>
        </w:tc>
        <w:tc>
          <w:tcPr>
            <w:tcW w:w="1723" w:type="dxa"/>
            <w:vAlign w:val="center"/>
          </w:tcPr>
          <w:p w14:paraId="15D82A5B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مدرسین</w:t>
            </w:r>
          </w:p>
        </w:tc>
      </w:tr>
      <w:tr w:rsidR="001F574D" w:rsidRPr="00DC4568" w14:paraId="0CBD803D" w14:textId="77777777" w:rsidTr="001F574D">
        <w:trPr>
          <w:trHeight w:val="576"/>
          <w:jc w:val="center"/>
        </w:trPr>
        <w:tc>
          <w:tcPr>
            <w:tcW w:w="1852" w:type="dxa"/>
            <w:vAlign w:val="center"/>
          </w:tcPr>
          <w:p w14:paraId="6F349CD2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تکلیف</w:t>
            </w:r>
            <w:r w:rsidRPr="00DC4568">
              <w:rPr>
                <w:rFonts w:ascii="Noto Naskh Arabic" w:eastAsia="Noto Naskh Arabic" w:hAnsi="Noto Naskh Arabic" w:cs="B Nazanin"/>
                <w:sz w:val="19"/>
                <w:rtl/>
              </w:rPr>
              <w:t xml:space="preserve"> </w:t>
            </w: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و</w:t>
            </w:r>
            <w:r w:rsidRPr="00DC4568">
              <w:rPr>
                <w:rFonts w:ascii="Noto Naskh Arabic" w:eastAsia="Noto Naskh Arabic" w:hAnsi="Noto Naskh Arabic" w:cs="B Nazanin"/>
                <w:sz w:val="19"/>
                <w:rtl/>
              </w:rPr>
              <w:t xml:space="preserve"> </w:t>
            </w: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ارائه</w:t>
            </w:r>
          </w:p>
        </w:tc>
        <w:tc>
          <w:tcPr>
            <w:tcW w:w="2263" w:type="dxa"/>
            <w:vAlign w:val="center"/>
          </w:tcPr>
          <w:p w14:paraId="50710F10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DC4568">
              <w:rPr>
                <w:rFonts w:cs="B Nazanin" w:hint="cs"/>
                <w:rtl/>
              </w:rPr>
              <w:t>تکوینی</w:t>
            </w:r>
          </w:p>
        </w:tc>
        <w:tc>
          <w:tcPr>
            <w:tcW w:w="2300" w:type="dxa"/>
            <w:vAlign w:val="center"/>
          </w:tcPr>
          <w:p w14:paraId="1C5BAC83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تکلیف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و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ارائه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کوتاه</w:t>
            </w:r>
          </w:p>
        </w:tc>
        <w:tc>
          <w:tcPr>
            <w:tcW w:w="1965" w:type="dxa"/>
            <w:vAlign w:val="center"/>
          </w:tcPr>
          <w:p w14:paraId="03F5CCF3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>
              <w:rPr>
                <w:rFonts w:cs="B Nazanin" w:hint="cs"/>
                <w:rtl/>
              </w:rPr>
              <w:t>%20</w:t>
            </w:r>
          </w:p>
        </w:tc>
        <w:tc>
          <w:tcPr>
            <w:tcW w:w="1723" w:type="dxa"/>
            <w:vAlign w:val="center"/>
          </w:tcPr>
          <w:p w14:paraId="07C431F7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مدرسین</w:t>
            </w:r>
          </w:p>
        </w:tc>
      </w:tr>
      <w:tr w:rsidR="001F574D" w:rsidRPr="00DC4568" w14:paraId="55FD393C" w14:textId="77777777" w:rsidTr="001F574D">
        <w:trPr>
          <w:trHeight w:val="576"/>
          <w:jc w:val="center"/>
        </w:trPr>
        <w:tc>
          <w:tcPr>
            <w:tcW w:w="1852" w:type="dxa"/>
            <w:vAlign w:val="center"/>
          </w:tcPr>
          <w:p w14:paraId="5CED5DC7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آزمون</w:t>
            </w:r>
            <w:r w:rsidRPr="00DC4568">
              <w:rPr>
                <w:rFonts w:ascii="Noto Naskh Arabic" w:eastAsia="Noto Naskh Arabic" w:hAnsi="Noto Naskh Arabic" w:cs="B Nazanin"/>
                <w:sz w:val="19"/>
                <w:rtl/>
              </w:rPr>
              <w:t xml:space="preserve"> </w:t>
            </w: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مفهومی</w:t>
            </w:r>
          </w:p>
        </w:tc>
        <w:tc>
          <w:tcPr>
            <w:tcW w:w="2263" w:type="dxa"/>
            <w:vAlign w:val="center"/>
          </w:tcPr>
          <w:p w14:paraId="19338F49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DC4568">
              <w:rPr>
                <w:rFonts w:cs="B Nazanin" w:hint="cs"/>
                <w:rtl/>
              </w:rPr>
              <w:t>پایانی</w:t>
            </w:r>
          </w:p>
        </w:tc>
        <w:tc>
          <w:tcPr>
            <w:tcW w:w="2300" w:type="dxa"/>
            <w:vAlign w:val="center"/>
          </w:tcPr>
          <w:p w14:paraId="6A0C9DE3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سؤال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مفهومی</w:t>
            </w:r>
          </w:p>
        </w:tc>
        <w:tc>
          <w:tcPr>
            <w:tcW w:w="1965" w:type="dxa"/>
            <w:vAlign w:val="center"/>
          </w:tcPr>
          <w:p w14:paraId="0111FA6A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>
              <w:rPr>
                <w:rFonts w:cs="B Nazanin" w:hint="cs"/>
                <w:rtl/>
              </w:rPr>
              <w:t>%25</w:t>
            </w:r>
          </w:p>
        </w:tc>
        <w:tc>
          <w:tcPr>
            <w:tcW w:w="1723" w:type="dxa"/>
            <w:vAlign w:val="center"/>
          </w:tcPr>
          <w:p w14:paraId="29C06C08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مسئول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درس</w:t>
            </w:r>
          </w:p>
        </w:tc>
      </w:tr>
      <w:tr w:rsidR="001F574D" w:rsidRPr="00DC4568" w14:paraId="49581D27" w14:textId="77777777" w:rsidTr="001F574D">
        <w:trPr>
          <w:trHeight w:val="576"/>
          <w:jc w:val="center"/>
        </w:trPr>
        <w:tc>
          <w:tcPr>
            <w:tcW w:w="1852" w:type="dxa"/>
            <w:vAlign w:val="center"/>
          </w:tcPr>
          <w:p w14:paraId="6E899F54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آزمون</w:t>
            </w:r>
            <w:r w:rsidRPr="00DC4568">
              <w:rPr>
                <w:rFonts w:ascii="Noto Naskh Arabic" w:eastAsia="Noto Naskh Arabic" w:hAnsi="Noto Naskh Arabic" w:cs="B Nazanin"/>
                <w:sz w:val="19"/>
                <w:rtl/>
              </w:rPr>
              <w:t xml:space="preserve"> </w:t>
            </w: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تحلیلی</w:t>
            </w:r>
          </w:p>
        </w:tc>
        <w:tc>
          <w:tcPr>
            <w:tcW w:w="2263" w:type="dxa"/>
            <w:vAlign w:val="center"/>
          </w:tcPr>
          <w:p w14:paraId="30B24AA9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DC4568">
              <w:rPr>
                <w:rFonts w:cs="B Nazanin" w:hint="cs"/>
                <w:rtl/>
              </w:rPr>
              <w:t>پایانی</w:t>
            </w:r>
          </w:p>
        </w:tc>
        <w:tc>
          <w:tcPr>
            <w:tcW w:w="2300" w:type="dxa"/>
            <w:vAlign w:val="center"/>
          </w:tcPr>
          <w:p w14:paraId="42E6F3A9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سؤال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سناریویی</w:t>
            </w:r>
            <w:r w:rsidRPr="00DC4568">
              <w:rPr>
                <w:rFonts w:cs="B Nazanin"/>
                <w:rtl/>
              </w:rPr>
              <w:t>/</w:t>
            </w:r>
            <w:r w:rsidRPr="00DC4568">
              <w:rPr>
                <w:rFonts w:cs="B Nazanin" w:hint="cs"/>
                <w:rtl/>
              </w:rPr>
              <w:t>تحلیلی</w:t>
            </w:r>
          </w:p>
        </w:tc>
        <w:tc>
          <w:tcPr>
            <w:tcW w:w="1965" w:type="dxa"/>
            <w:vAlign w:val="center"/>
          </w:tcPr>
          <w:p w14:paraId="311E7210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>
              <w:rPr>
                <w:rFonts w:cs="B Nazanin" w:hint="cs"/>
                <w:rtl/>
              </w:rPr>
              <w:t>%45</w:t>
            </w:r>
          </w:p>
        </w:tc>
        <w:tc>
          <w:tcPr>
            <w:tcW w:w="1723" w:type="dxa"/>
            <w:vAlign w:val="center"/>
          </w:tcPr>
          <w:p w14:paraId="780A9737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 w:hint="cs"/>
                <w:rtl/>
              </w:rPr>
              <w:t>مسئول</w:t>
            </w:r>
            <w:r w:rsidRPr="00DC4568">
              <w:rPr>
                <w:rFonts w:cs="B Nazanin"/>
                <w:rtl/>
              </w:rPr>
              <w:t xml:space="preserve"> </w:t>
            </w:r>
            <w:r w:rsidRPr="00DC4568">
              <w:rPr>
                <w:rFonts w:cs="B Nazanin" w:hint="cs"/>
                <w:rtl/>
              </w:rPr>
              <w:t>درس</w:t>
            </w:r>
          </w:p>
        </w:tc>
      </w:tr>
      <w:tr w:rsidR="001F574D" w:rsidRPr="00DC4568" w14:paraId="70C25D43" w14:textId="77777777" w:rsidTr="001F574D">
        <w:trPr>
          <w:trHeight w:val="576"/>
          <w:jc w:val="center"/>
        </w:trPr>
        <w:tc>
          <w:tcPr>
            <w:tcW w:w="1852" w:type="dxa"/>
            <w:vAlign w:val="center"/>
          </w:tcPr>
          <w:p w14:paraId="54634AE4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ascii="Arial" w:eastAsia="Noto Naskh Arabic" w:hAnsi="Arial" w:cs="B Nazanin" w:hint="cs"/>
                <w:sz w:val="19"/>
                <w:rtl/>
              </w:rPr>
              <w:t>جمع</w:t>
            </w:r>
          </w:p>
        </w:tc>
        <w:tc>
          <w:tcPr>
            <w:tcW w:w="2263" w:type="dxa"/>
            <w:vAlign w:val="center"/>
          </w:tcPr>
          <w:p w14:paraId="003CF1FC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DC4568">
              <w:rPr>
                <w:rFonts w:cs="B Nazanin"/>
              </w:rPr>
              <w:t>-</w:t>
            </w:r>
          </w:p>
        </w:tc>
        <w:tc>
          <w:tcPr>
            <w:tcW w:w="2300" w:type="dxa"/>
            <w:vAlign w:val="center"/>
          </w:tcPr>
          <w:p w14:paraId="3D1C0C44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/>
              </w:rPr>
              <w:t>-</w:t>
            </w:r>
          </w:p>
        </w:tc>
        <w:tc>
          <w:tcPr>
            <w:tcW w:w="1965" w:type="dxa"/>
            <w:vAlign w:val="center"/>
          </w:tcPr>
          <w:p w14:paraId="780F5DA0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>
              <w:rPr>
                <w:rFonts w:cs="B Nazanin" w:hint="cs"/>
                <w:rtl/>
              </w:rPr>
              <w:t>%100</w:t>
            </w:r>
          </w:p>
        </w:tc>
        <w:tc>
          <w:tcPr>
            <w:tcW w:w="1723" w:type="dxa"/>
            <w:vAlign w:val="center"/>
          </w:tcPr>
          <w:p w14:paraId="0087B1F3" w14:textId="77777777" w:rsidR="001F574D" w:rsidRPr="00DC4568" w:rsidRDefault="001F574D" w:rsidP="00721FF6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DC4568">
              <w:rPr>
                <w:rFonts w:cs="B Nazanin"/>
              </w:rPr>
              <w:t>-</w:t>
            </w:r>
          </w:p>
        </w:tc>
      </w:tr>
    </w:tbl>
    <w:p w14:paraId="29F24643" w14:textId="77777777" w:rsidR="000F4CDB" w:rsidRDefault="000F4CDB" w:rsidP="00B6630E">
      <w:pPr>
        <w:bidi/>
        <w:jc w:val="right"/>
        <w:rPr>
          <w:rFonts w:ascii="B Nazanin" w:hAnsi="B Nazanin" w:cs="B Nazanin"/>
          <w:b/>
          <w:sz w:val="24"/>
        </w:rPr>
        <w:sectPr w:rsidR="000F4CDB" w:rsidSect="004A6332"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</w:p>
    <w:p w14:paraId="17614762" w14:textId="5C12B6D3" w:rsidR="006873C6" w:rsidRDefault="00AC7734" w:rsidP="000F4CDB">
      <w:pPr>
        <w:bidi/>
        <w:rPr>
          <w:rFonts w:ascii="B Nazanin" w:hAnsi="B Nazanin" w:cs="B Nazanin"/>
          <w:b/>
          <w:sz w:val="28"/>
          <w:szCs w:val="28"/>
          <w:rtl/>
        </w:rPr>
      </w:pPr>
      <w:r>
        <w:rPr>
          <w:rFonts w:ascii="B Nazanin" w:hAnsi="B Nazanin" w:cs="B Nazanin" w:hint="cs"/>
          <w:bCs/>
          <w:sz w:val="28"/>
          <w:szCs w:val="28"/>
          <w:rtl/>
        </w:rPr>
        <w:lastRenderedPageBreak/>
        <w:t xml:space="preserve">3) </w:t>
      </w:r>
      <w:proofErr w:type="spellStart"/>
      <w:r w:rsidRPr="00AC7734">
        <w:rPr>
          <w:rFonts w:ascii="B Nazanin" w:hAnsi="B Nazanin" w:cs="B Nazanin"/>
          <w:b/>
          <w:sz w:val="28"/>
          <w:szCs w:val="28"/>
        </w:rPr>
        <w:t>بلوپرینت</w:t>
      </w:r>
      <w:proofErr w:type="spellEnd"/>
      <w:r w:rsidRPr="00AC7734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AC7734">
        <w:rPr>
          <w:rFonts w:ascii="B Nazanin" w:hAnsi="B Nazanin" w:cs="B Nazanin"/>
          <w:b/>
          <w:sz w:val="28"/>
          <w:szCs w:val="28"/>
        </w:rPr>
        <w:t>نهایی</w:t>
      </w:r>
      <w:proofErr w:type="spellEnd"/>
      <w:r w:rsidRPr="00AC7734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AC7734">
        <w:rPr>
          <w:rFonts w:ascii="B Nazanin" w:hAnsi="B Nazanin" w:cs="B Nazanin"/>
          <w:b/>
          <w:sz w:val="28"/>
          <w:szCs w:val="28"/>
        </w:rPr>
        <w:t>آزمو</w:t>
      </w:r>
      <w:proofErr w:type="spellEnd"/>
      <w:r w:rsidRPr="00AC7734">
        <w:rPr>
          <w:rFonts w:ascii="B Nazanin" w:hAnsi="B Nazanin" w:cs="B Nazanin" w:hint="cs"/>
          <w:bCs/>
          <w:sz w:val="28"/>
          <w:szCs w:val="28"/>
          <w:rtl/>
        </w:rPr>
        <w:t>ن +</w:t>
      </w:r>
      <w:r w:rsidRPr="00AC7734">
        <w:rPr>
          <w:rFonts w:ascii="B Nazanin" w:hAnsi="B Nazanin" w:cs="B Nazanin"/>
          <w:bCs/>
          <w:sz w:val="28"/>
          <w:szCs w:val="28"/>
        </w:rPr>
        <w:t xml:space="preserve"> </w:t>
      </w:r>
      <w:r w:rsidRPr="00AC7734">
        <w:rPr>
          <w:rFonts w:ascii="B Nazanin" w:hAnsi="B Nazanin" w:cs="B Nazanin" w:hint="cs"/>
          <w:bCs/>
          <w:sz w:val="28"/>
          <w:szCs w:val="28"/>
          <w:rtl/>
        </w:rPr>
        <w:t xml:space="preserve"> </w:t>
      </w:r>
      <w:proofErr w:type="spellStart"/>
      <w:r w:rsidRPr="00AC7734">
        <w:rPr>
          <w:rFonts w:ascii="B Nazanin" w:hAnsi="B Nazanin" w:cs="B Nazanin"/>
          <w:b/>
          <w:sz w:val="28"/>
          <w:szCs w:val="28"/>
        </w:rPr>
        <w:t>چک‌لیست</w:t>
      </w:r>
      <w:proofErr w:type="spellEnd"/>
      <w:r w:rsidRPr="00AC7734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AC7734">
        <w:rPr>
          <w:rFonts w:ascii="B Nazanin" w:hAnsi="B Nazanin" w:cs="B Nazanin"/>
          <w:b/>
          <w:sz w:val="28"/>
          <w:szCs w:val="28"/>
        </w:rPr>
        <w:t>کنترل</w:t>
      </w:r>
      <w:proofErr w:type="spellEnd"/>
      <w:r w:rsidRPr="00AC7734">
        <w:rPr>
          <w:rFonts w:ascii="B Nazanin" w:hAnsi="B Nazanin" w:cs="B Nazanin"/>
          <w:b/>
          <w:sz w:val="28"/>
          <w:szCs w:val="28"/>
        </w:rPr>
        <w:t xml:space="preserve"> </w:t>
      </w:r>
      <w:proofErr w:type="spellStart"/>
      <w:r w:rsidRPr="00AC7734">
        <w:rPr>
          <w:rFonts w:ascii="B Nazanin" w:hAnsi="B Nazanin" w:cs="B Nazanin"/>
          <w:b/>
          <w:sz w:val="28"/>
          <w:szCs w:val="28"/>
        </w:rPr>
        <w:t>کیفیت</w:t>
      </w:r>
      <w:proofErr w:type="spellEnd"/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72"/>
        <w:gridCol w:w="4605"/>
      </w:tblGrid>
      <w:tr w:rsidR="001F574D" w14:paraId="343A2F8D" w14:textId="77777777" w:rsidTr="00721FF6">
        <w:trPr>
          <w:trHeight w:val="432"/>
          <w:jc w:val="center"/>
        </w:trPr>
        <w:tc>
          <w:tcPr>
            <w:tcW w:w="4072" w:type="dxa"/>
            <w:vAlign w:val="center"/>
          </w:tcPr>
          <w:p w14:paraId="059411B2" w14:textId="77777777" w:rsidR="001F574D" w:rsidRPr="00D71A7E" w:rsidRDefault="001F574D" w:rsidP="00721FF6">
            <w:pPr>
              <w:bidi/>
              <w:rPr>
                <w:bCs/>
              </w:rPr>
            </w:pPr>
            <w:r w:rsidRPr="00D71A7E">
              <w:rPr>
                <w:rFonts w:ascii="B Nazanin" w:hAnsi="B Nazanin" w:cs="B Nazanin" w:hint="cs"/>
                <w:bCs/>
                <w:sz w:val="20"/>
                <w:rtl/>
              </w:rPr>
              <w:t>مورد</w:t>
            </w:r>
          </w:p>
        </w:tc>
        <w:tc>
          <w:tcPr>
            <w:tcW w:w="4605" w:type="dxa"/>
            <w:vAlign w:val="center"/>
          </w:tcPr>
          <w:p w14:paraId="1C779FCD" w14:textId="77777777" w:rsidR="001F574D" w:rsidRDefault="001F574D" w:rsidP="00721FF6">
            <w:pPr>
              <w:bidi/>
            </w:pPr>
            <w:proofErr w:type="spellStart"/>
            <w:r>
              <w:rPr>
                <w:rFonts w:ascii="B Nazanin" w:hAnsi="B Nazanin" w:cs="B Nazanin"/>
                <w:b/>
                <w:sz w:val="20"/>
              </w:rPr>
              <w:t>وضعیت</w:t>
            </w:r>
            <w:proofErr w:type="spellEnd"/>
            <w:r>
              <w:rPr>
                <w:rFonts w:ascii="B Nazanin" w:hAnsi="B Nazanin" w:cs="B Nazanin"/>
                <w:b/>
                <w:sz w:val="20"/>
              </w:rPr>
              <w:t xml:space="preserve"> </w:t>
            </w:r>
          </w:p>
        </w:tc>
      </w:tr>
      <w:tr w:rsidR="001F574D" w14:paraId="00A97FF9" w14:textId="77777777" w:rsidTr="00721FF6">
        <w:trPr>
          <w:trHeight w:val="432"/>
          <w:jc w:val="center"/>
        </w:trPr>
        <w:tc>
          <w:tcPr>
            <w:tcW w:w="4072" w:type="dxa"/>
            <w:vAlign w:val="center"/>
          </w:tcPr>
          <w:p w14:paraId="373EF0EA" w14:textId="77777777" w:rsidR="001F574D" w:rsidRPr="00D71A7E" w:rsidRDefault="001F574D" w:rsidP="00721FF6">
            <w:pPr>
              <w:bidi/>
              <w:rPr>
                <w:rFonts w:cs="B Nazanin"/>
                <w:rtl/>
                <w:lang w:bidi="fa-IR"/>
              </w:rPr>
            </w:pPr>
            <w:r w:rsidRPr="00D71A7E">
              <w:rPr>
                <w:rFonts w:cs="B Nazanin" w:hint="cs"/>
                <w:rtl/>
              </w:rPr>
              <w:t>تطابق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با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اهداف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و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سرفصل‌ها</w:t>
            </w:r>
          </w:p>
        </w:tc>
        <w:tc>
          <w:tcPr>
            <w:tcW w:w="4605" w:type="dxa"/>
            <w:vAlign w:val="center"/>
          </w:tcPr>
          <w:p w14:paraId="04AD1FCC" w14:textId="77777777" w:rsidR="001F574D" w:rsidRDefault="001F574D" w:rsidP="00721FF6">
            <w:pPr>
              <w:bidi/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انجام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شد  </w:t>
            </w: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در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دست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اقدام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■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نیازمند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اصلاح</w:t>
            </w:r>
            <w:proofErr w:type="spellEnd"/>
          </w:p>
        </w:tc>
      </w:tr>
      <w:tr w:rsidR="001F574D" w14:paraId="6C8C1AB5" w14:textId="77777777" w:rsidTr="00721FF6">
        <w:trPr>
          <w:trHeight w:val="432"/>
          <w:jc w:val="center"/>
        </w:trPr>
        <w:tc>
          <w:tcPr>
            <w:tcW w:w="4072" w:type="dxa"/>
            <w:vAlign w:val="center"/>
          </w:tcPr>
          <w:p w14:paraId="019F230A" w14:textId="77777777" w:rsidR="001F574D" w:rsidRPr="00D71A7E" w:rsidRDefault="001F574D" w:rsidP="00721FF6">
            <w:pPr>
              <w:bidi/>
              <w:rPr>
                <w:rFonts w:cs="B Nazanin"/>
              </w:rPr>
            </w:pPr>
            <w:r w:rsidRPr="00D71A7E">
              <w:rPr>
                <w:rFonts w:cs="B Nazanin" w:hint="cs"/>
                <w:rtl/>
              </w:rPr>
              <w:t>توازن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سطوح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شناختی</w:t>
            </w:r>
          </w:p>
        </w:tc>
        <w:tc>
          <w:tcPr>
            <w:tcW w:w="4605" w:type="dxa"/>
            <w:vAlign w:val="center"/>
          </w:tcPr>
          <w:p w14:paraId="510FF739" w14:textId="77777777" w:rsidR="001F574D" w:rsidRDefault="001F574D" w:rsidP="00721FF6">
            <w:pPr>
              <w:bidi/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انجام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شد  </w:t>
            </w: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در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دست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اقدام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■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نیازمند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اصلاح</w:t>
            </w:r>
            <w:proofErr w:type="spellEnd"/>
          </w:p>
        </w:tc>
      </w:tr>
      <w:tr w:rsidR="001F574D" w14:paraId="61EE1CA3" w14:textId="77777777" w:rsidTr="00721FF6">
        <w:trPr>
          <w:trHeight w:val="432"/>
          <w:jc w:val="center"/>
        </w:trPr>
        <w:tc>
          <w:tcPr>
            <w:tcW w:w="4072" w:type="dxa"/>
            <w:vAlign w:val="center"/>
          </w:tcPr>
          <w:p w14:paraId="55E990E8" w14:textId="77777777" w:rsidR="001F574D" w:rsidRPr="00D71A7E" w:rsidRDefault="001F574D" w:rsidP="00721FF6">
            <w:pPr>
              <w:bidi/>
              <w:rPr>
                <w:rFonts w:cs="B Nazanin"/>
              </w:rPr>
            </w:pPr>
            <w:r w:rsidRPr="00D71A7E">
              <w:rPr>
                <w:rFonts w:cs="B Nazanin" w:hint="cs"/>
                <w:rtl/>
              </w:rPr>
              <w:t>بازبینی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توسط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مدرس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دوم</w:t>
            </w:r>
          </w:p>
        </w:tc>
        <w:tc>
          <w:tcPr>
            <w:tcW w:w="4605" w:type="dxa"/>
            <w:vAlign w:val="center"/>
          </w:tcPr>
          <w:p w14:paraId="7C68F78F" w14:textId="77777777" w:rsidR="001F574D" w:rsidRDefault="001F574D" w:rsidP="00721FF6">
            <w:pPr>
              <w:bidi/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انجام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شد  </w:t>
            </w: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در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دست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اقدام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■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نیازمند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اصلاح</w:t>
            </w:r>
            <w:proofErr w:type="spellEnd"/>
          </w:p>
        </w:tc>
      </w:tr>
      <w:tr w:rsidR="001F574D" w14:paraId="68572F7F" w14:textId="77777777" w:rsidTr="00721FF6">
        <w:trPr>
          <w:trHeight w:val="432"/>
          <w:jc w:val="center"/>
        </w:trPr>
        <w:tc>
          <w:tcPr>
            <w:tcW w:w="4072" w:type="dxa"/>
            <w:vAlign w:val="center"/>
          </w:tcPr>
          <w:p w14:paraId="06CD8471" w14:textId="77777777" w:rsidR="001F574D" w:rsidRPr="00D71A7E" w:rsidRDefault="001F574D" w:rsidP="00721FF6">
            <w:pPr>
              <w:bidi/>
              <w:rPr>
                <w:rFonts w:cs="B Nazanin"/>
              </w:rPr>
            </w:pPr>
            <w:r w:rsidRPr="00D71A7E">
              <w:rPr>
                <w:rFonts w:cs="B Nazanin" w:hint="cs"/>
                <w:rtl/>
              </w:rPr>
              <w:t>شفافیت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سؤال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و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کلید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پاسخ</w:t>
            </w:r>
          </w:p>
        </w:tc>
        <w:tc>
          <w:tcPr>
            <w:tcW w:w="4605" w:type="dxa"/>
            <w:vAlign w:val="center"/>
          </w:tcPr>
          <w:p w14:paraId="155E93C2" w14:textId="77777777" w:rsidR="001F574D" w:rsidRDefault="001F574D" w:rsidP="00721FF6">
            <w:pPr>
              <w:bidi/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انجام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شد  </w:t>
            </w: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در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دست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اقدام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■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نیازمند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اصلاح</w:t>
            </w:r>
            <w:proofErr w:type="spellEnd"/>
          </w:p>
        </w:tc>
      </w:tr>
      <w:tr w:rsidR="001F574D" w14:paraId="683E6355" w14:textId="77777777" w:rsidTr="00721FF6">
        <w:trPr>
          <w:trHeight w:val="432"/>
          <w:jc w:val="center"/>
        </w:trPr>
        <w:tc>
          <w:tcPr>
            <w:tcW w:w="4072" w:type="dxa"/>
            <w:vAlign w:val="center"/>
          </w:tcPr>
          <w:p w14:paraId="73C619EA" w14:textId="77777777" w:rsidR="001F574D" w:rsidRPr="00D71A7E" w:rsidRDefault="001F574D" w:rsidP="00721FF6">
            <w:pPr>
              <w:bidi/>
              <w:rPr>
                <w:rFonts w:cs="B Nazanin"/>
              </w:rPr>
            </w:pPr>
            <w:r w:rsidRPr="00D71A7E">
              <w:rPr>
                <w:rFonts w:cs="B Nazanin" w:hint="cs"/>
                <w:rtl/>
              </w:rPr>
              <w:t>بررسی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سؤالات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پس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از</w:t>
            </w:r>
            <w:r w:rsidRPr="00D71A7E">
              <w:rPr>
                <w:rFonts w:cs="B Nazanin"/>
                <w:rtl/>
              </w:rPr>
              <w:t xml:space="preserve"> </w:t>
            </w:r>
            <w:r w:rsidRPr="00D71A7E">
              <w:rPr>
                <w:rFonts w:cs="B Nazanin" w:hint="cs"/>
                <w:rtl/>
              </w:rPr>
              <w:t>آزمون</w:t>
            </w:r>
          </w:p>
        </w:tc>
        <w:tc>
          <w:tcPr>
            <w:tcW w:w="4605" w:type="dxa"/>
            <w:vAlign w:val="center"/>
          </w:tcPr>
          <w:p w14:paraId="11DD0CBD" w14:textId="77777777" w:rsidR="001F574D" w:rsidRDefault="001F574D" w:rsidP="00721FF6">
            <w:pPr>
              <w:bidi/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انجام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شد  </w:t>
            </w:r>
            <w:r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در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دست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اقدام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■</w:t>
            </w:r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نیازمند</w:t>
            </w:r>
            <w:proofErr w:type="spellEnd"/>
            <w:r>
              <w:rPr>
                <w:rFonts w:ascii="B Nazanin" w:hAnsi="B Nazanin" w:cs="B Nazanin"/>
                <w:sz w:val="20"/>
              </w:rPr>
              <w:t xml:space="preserve"> </w:t>
            </w:r>
            <w:proofErr w:type="spellStart"/>
            <w:r>
              <w:rPr>
                <w:rFonts w:ascii="B Nazanin" w:hAnsi="B Nazanin" w:cs="B Nazanin"/>
                <w:sz w:val="20"/>
              </w:rPr>
              <w:t>اصلاح</w:t>
            </w:r>
            <w:proofErr w:type="spellEnd"/>
          </w:p>
        </w:tc>
      </w:tr>
    </w:tbl>
    <w:p w14:paraId="1FEB1165" w14:textId="77777777" w:rsidR="006873C6" w:rsidRDefault="006873C6" w:rsidP="00B6630E">
      <w:pPr>
        <w:bidi/>
      </w:pPr>
    </w:p>
    <w:p w14:paraId="628EEEE7" w14:textId="77777777" w:rsidR="00F52922" w:rsidRDefault="00F52922" w:rsidP="00B6630E">
      <w:pPr>
        <w:bidi/>
        <w:rPr>
          <w:rtl/>
        </w:rPr>
      </w:pPr>
    </w:p>
    <w:p w14:paraId="2CE6DE31" w14:textId="77777777" w:rsidR="004B608B" w:rsidRDefault="004B608B" w:rsidP="004B608B">
      <w:pPr>
        <w:bidi/>
        <w:rPr>
          <w:rtl/>
        </w:rPr>
      </w:pPr>
    </w:p>
    <w:p w14:paraId="40E990EF" w14:textId="77777777" w:rsidR="004B608B" w:rsidRDefault="004B608B" w:rsidP="004B608B">
      <w:pPr>
        <w:bidi/>
        <w:rPr>
          <w:rtl/>
        </w:rPr>
      </w:pPr>
    </w:p>
    <w:p w14:paraId="09D0D3CF" w14:textId="77777777" w:rsidR="004B608B" w:rsidRDefault="004B608B" w:rsidP="004B608B">
      <w:pPr>
        <w:bidi/>
        <w:rPr>
          <w:rtl/>
        </w:rPr>
      </w:pPr>
    </w:p>
    <w:p w14:paraId="429FBDD8" w14:textId="77777777" w:rsidR="004B608B" w:rsidRDefault="004B608B" w:rsidP="004B608B">
      <w:pPr>
        <w:bidi/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2291"/>
        <w:gridCol w:w="2408"/>
        <w:gridCol w:w="2408"/>
      </w:tblGrid>
      <w:tr w:rsidR="00EE2EB6" w14:paraId="4DFB2C0E" w14:textId="77777777" w:rsidTr="004B608B">
        <w:trPr>
          <w:trHeight w:val="782"/>
          <w:jc w:val="center"/>
        </w:trPr>
        <w:tc>
          <w:tcPr>
            <w:tcW w:w="2525" w:type="dxa"/>
            <w:vAlign w:val="center"/>
          </w:tcPr>
          <w:p w14:paraId="58F2B50B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تهیه‌کننده</w:t>
            </w:r>
            <w:proofErr w:type="spellEnd"/>
            <w:r w:rsidRPr="0030372C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 xml:space="preserve"> (</w:t>
            </w: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مسئول</w:t>
            </w:r>
            <w:proofErr w:type="spellEnd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 xml:space="preserve"> </w:t>
            </w: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درس</w:t>
            </w:r>
            <w:proofErr w:type="spellEnd"/>
            <w:r w:rsidRPr="0030372C">
              <w:rPr>
                <w:rFonts w:ascii="B Nazanin" w:hAnsi="B Nazanin" w:cs="B Nazanin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2291" w:type="dxa"/>
            <w:vAlign w:val="center"/>
          </w:tcPr>
          <w:p w14:paraId="7218513E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امضا</w:t>
            </w:r>
            <w:proofErr w:type="spellEnd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تاریخ</w:t>
            </w:r>
            <w:proofErr w:type="spellEnd"/>
          </w:p>
        </w:tc>
        <w:tc>
          <w:tcPr>
            <w:tcW w:w="2408" w:type="dxa"/>
            <w:vAlign w:val="center"/>
          </w:tcPr>
          <w:p w14:paraId="29F1A718" w14:textId="5DC9F5D4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مدیر</w:t>
            </w:r>
            <w:proofErr w:type="spellEnd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 xml:space="preserve"> گروه</w:t>
            </w:r>
          </w:p>
        </w:tc>
        <w:tc>
          <w:tcPr>
            <w:tcW w:w="2408" w:type="dxa"/>
            <w:vAlign w:val="center"/>
          </w:tcPr>
          <w:p w14:paraId="36A40907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امضا</w:t>
            </w:r>
            <w:proofErr w:type="spellEnd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تاریخ</w:t>
            </w:r>
            <w:proofErr w:type="spellEnd"/>
          </w:p>
        </w:tc>
      </w:tr>
      <w:tr w:rsidR="00EE2EB6" w14:paraId="6CF370E3" w14:textId="77777777" w:rsidTr="004B608B">
        <w:trPr>
          <w:trHeight w:val="1292"/>
          <w:jc w:val="center"/>
        </w:trPr>
        <w:tc>
          <w:tcPr>
            <w:tcW w:w="2525" w:type="dxa"/>
            <w:vAlign w:val="center"/>
          </w:tcPr>
          <w:p w14:paraId="37D5FF1C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14:paraId="27A8AFD6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0D6E7658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61BEBA06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EE2EB6" w14:paraId="44D9CBF4" w14:textId="77777777" w:rsidTr="004B608B">
        <w:trPr>
          <w:trHeight w:val="778"/>
          <w:jc w:val="center"/>
        </w:trPr>
        <w:tc>
          <w:tcPr>
            <w:tcW w:w="2525" w:type="dxa"/>
            <w:vAlign w:val="center"/>
          </w:tcPr>
          <w:p w14:paraId="0B7E33E9" w14:textId="681ED95B" w:rsidR="00EE2EB6" w:rsidRPr="0030372C" w:rsidRDefault="0030372C" w:rsidP="00884FC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دفتر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توسعه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آموزش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br/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صورت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نیاز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291" w:type="dxa"/>
            <w:vAlign w:val="center"/>
          </w:tcPr>
          <w:p w14:paraId="039A18D6" w14:textId="006EB082" w:rsidR="00EE2EB6" w:rsidRPr="0030372C" w:rsidRDefault="0030372C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امضا</w:t>
            </w:r>
            <w:proofErr w:type="spellEnd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تاریخ</w:t>
            </w:r>
            <w:proofErr w:type="spellEnd"/>
          </w:p>
        </w:tc>
        <w:tc>
          <w:tcPr>
            <w:tcW w:w="2408" w:type="dxa"/>
            <w:vAlign w:val="center"/>
          </w:tcPr>
          <w:p w14:paraId="49B77D25" w14:textId="3A0DC08A" w:rsidR="00EE2EB6" w:rsidRPr="0030372C" w:rsidRDefault="0030372C" w:rsidP="00884FC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معاون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آموزشی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br/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صورت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30372C">
              <w:rPr>
                <w:rFonts w:cs="B Nazanin" w:hint="cs"/>
                <w:b/>
                <w:bCs/>
                <w:sz w:val="24"/>
                <w:szCs w:val="24"/>
                <w:rtl/>
              </w:rPr>
              <w:t>نیاز</w:t>
            </w:r>
            <w:r w:rsidRPr="0030372C">
              <w:rPr>
                <w:rFonts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408" w:type="dxa"/>
            <w:vAlign w:val="center"/>
          </w:tcPr>
          <w:p w14:paraId="1F48BF26" w14:textId="54604C12" w:rsidR="00EE2EB6" w:rsidRPr="0030372C" w:rsidRDefault="0030372C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امضا</w:t>
            </w:r>
            <w:proofErr w:type="spellEnd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/</w:t>
            </w:r>
            <w:proofErr w:type="spellStart"/>
            <w:r w:rsidRPr="0030372C">
              <w:rPr>
                <w:rFonts w:ascii="B Nazanin" w:hAnsi="B Nazanin" w:cs="B Nazanin"/>
                <w:b/>
                <w:sz w:val="24"/>
                <w:szCs w:val="24"/>
              </w:rPr>
              <w:t>تاریخ</w:t>
            </w:r>
            <w:proofErr w:type="spellEnd"/>
          </w:p>
        </w:tc>
      </w:tr>
      <w:tr w:rsidR="00EE2EB6" w14:paraId="47B38370" w14:textId="77777777" w:rsidTr="004B608B">
        <w:trPr>
          <w:trHeight w:val="1292"/>
          <w:jc w:val="center"/>
        </w:trPr>
        <w:tc>
          <w:tcPr>
            <w:tcW w:w="2525" w:type="dxa"/>
            <w:vAlign w:val="center"/>
          </w:tcPr>
          <w:p w14:paraId="2B1EE1DC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14:paraId="5ACB7F40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4BDD9B48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408" w:type="dxa"/>
            <w:vAlign w:val="center"/>
          </w:tcPr>
          <w:p w14:paraId="0F9AFB9E" w14:textId="77777777" w:rsidR="00EE2EB6" w:rsidRPr="0030372C" w:rsidRDefault="00EE2EB6" w:rsidP="00884FC2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</w:tr>
    </w:tbl>
    <w:p w14:paraId="4F3C576C" w14:textId="77777777" w:rsidR="00EE2EB6" w:rsidRDefault="00EE2EB6" w:rsidP="00EE2EB6">
      <w:pPr>
        <w:bidi/>
      </w:pPr>
    </w:p>
    <w:sectPr w:rsidR="00EE2EB6" w:rsidSect="004A6332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ED66" w14:textId="77777777" w:rsidR="000A3C49" w:rsidRDefault="000A3C49" w:rsidP="004A6332">
      <w:pPr>
        <w:spacing w:after="0" w:line="240" w:lineRule="auto"/>
      </w:pPr>
      <w:r>
        <w:separator/>
      </w:r>
    </w:p>
  </w:endnote>
  <w:endnote w:type="continuationSeparator" w:id="0">
    <w:p w14:paraId="6AF77705" w14:textId="77777777" w:rsidR="000A3C49" w:rsidRDefault="000A3C49" w:rsidP="004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oto Naskh Arab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051C" w14:textId="77777777" w:rsidR="000A3C49" w:rsidRDefault="000A3C49" w:rsidP="004A6332">
      <w:pPr>
        <w:spacing w:after="0" w:line="240" w:lineRule="auto"/>
      </w:pPr>
      <w:r>
        <w:separator/>
      </w:r>
    </w:p>
  </w:footnote>
  <w:footnote w:type="continuationSeparator" w:id="0">
    <w:p w14:paraId="7F195933" w14:textId="77777777" w:rsidR="000A3C49" w:rsidRDefault="000A3C49" w:rsidP="004A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6D58" w14:textId="02A0EAE1" w:rsidR="004A6332" w:rsidRDefault="004A6332" w:rsidP="004A6332">
    <w:pPr>
      <w:pStyle w:val="Header"/>
      <w:jc w:val="center"/>
      <w:rPr>
        <w:rtl/>
      </w:rPr>
    </w:pPr>
    <w:r w:rsidRPr="00DB305B">
      <w:rPr>
        <w:rFonts w:cs="B Nazanin"/>
        <w:b/>
        <w:bCs/>
        <w:noProof/>
        <w:sz w:val="32"/>
        <w:szCs w:val="32"/>
        <w:rtl/>
      </w:rPr>
      <w:drawing>
        <wp:inline distT="0" distB="0" distL="0" distR="0" wp14:anchorId="548EB10E" wp14:editId="324647E1">
          <wp:extent cx="1047270" cy="118110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1833" cy="1186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1DD5D4" w14:textId="74C86A1A" w:rsidR="001354B8" w:rsidRPr="001354B8" w:rsidRDefault="001354B8" w:rsidP="001354B8">
    <w:pPr>
      <w:pStyle w:val="Header"/>
      <w:jc w:val="center"/>
      <w:rPr>
        <w:rFonts w:ascii="IranNastaliq" w:hAnsi="IranNastaliq" w:cs="IranNastaliq"/>
      </w:rPr>
    </w:pPr>
    <w:r w:rsidRPr="001354B8">
      <w:rPr>
        <w:rFonts w:ascii="IranNastaliq" w:hAnsi="IranNastaliq" w:cs="IranNastaliq"/>
        <w:rtl/>
      </w:rPr>
      <w:t>دفتر توسعه آموزش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A1067C"/>
    <w:multiLevelType w:val="hybridMultilevel"/>
    <w:tmpl w:val="3C448396"/>
    <w:lvl w:ilvl="0" w:tplc="8BA476D4">
      <w:start w:val="4"/>
      <w:numFmt w:val="bullet"/>
      <w:lvlText w:val="-"/>
      <w:lvlJc w:val="left"/>
      <w:pPr>
        <w:ind w:left="720" w:hanging="360"/>
      </w:pPr>
      <w:rPr>
        <w:rFonts w:ascii="B Nazanin" w:eastAsiaTheme="minorEastAsia" w:hAnsi="B Nazanin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B43AB"/>
    <w:multiLevelType w:val="hybridMultilevel"/>
    <w:tmpl w:val="EE98F91A"/>
    <w:lvl w:ilvl="0" w:tplc="2D267806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695460">
    <w:abstractNumId w:val="8"/>
  </w:num>
  <w:num w:numId="2" w16cid:durableId="1045526119">
    <w:abstractNumId w:val="6"/>
  </w:num>
  <w:num w:numId="3" w16cid:durableId="1207110349">
    <w:abstractNumId w:val="5"/>
  </w:num>
  <w:num w:numId="4" w16cid:durableId="638195736">
    <w:abstractNumId w:val="4"/>
  </w:num>
  <w:num w:numId="5" w16cid:durableId="1674143543">
    <w:abstractNumId w:val="7"/>
  </w:num>
  <w:num w:numId="6" w16cid:durableId="1609697301">
    <w:abstractNumId w:val="3"/>
  </w:num>
  <w:num w:numId="7" w16cid:durableId="910889396">
    <w:abstractNumId w:val="2"/>
  </w:num>
  <w:num w:numId="8" w16cid:durableId="99227552">
    <w:abstractNumId w:val="1"/>
  </w:num>
  <w:num w:numId="9" w16cid:durableId="955794353">
    <w:abstractNumId w:val="0"/>
  </w:num>
  <w:num w:numId="10" w16cid:durableId="400105658">
    <w:abstractNumId w:val="9"/>
  </w:num>
  <w:num w:numId="11" w16cid:durableId="817890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723"/>
    <w:rsid w:val="00026F85"/>
    <w:rsid w:val="00034616"/>
    <w:rsid w:val="00055E0A"/>
    <w:rsid w:val="0006063C"/>
    <w:rsid w:val="00076797"/>
    <w:rsid w:val="000901E5"/>
    <w:rsid w:val="0009020A"/>
    <w:rsid w:val="000A3C49"/>
    <w:rsid w:val="000D6F45"/>
    <w:rsid w:val="000E3B72"/>
    <w:rsid w:val="000F4CDB"/>
    <w:rsid w:val="001238E0"/>
    <w:rsid w:val="001354B8"/>
    <w:rsid w:val="0015074B"/>
    <w:rsid w:val="0015273F"/>
    <w:rsid w:val="00177203"/>
    <w:rsid w:val="00186C1C"/>
    <w:rsid w:val="001F574D"/>
    <w:rsid w:val="002631D5"/>
    <w:rsid w:val="00266CA9"/>
    <w:rsid w:val="0029639D"/>
    <w:rsid w:val="0030372C"/>
    <w:rsid w:val="00326F90"/>
    <w:rsid w:val="0037167C"/>
    <w:rsid w:val="003F0F63"/>
    <w:rsid w:val="00425289"/>
    <w:rsid w:val="00431380"/>
    <w:rsid w:val="00473137"/>
    <w:rsid w:val="004A6332"/>
    <w:rsid w:val="004B608B"/>
    <w:rsid w:val="004D7FDA"/>
    <w:rsid w:val="00512218"/>
    <w:rsid w:val="00524C8F"/>
    <w:rsid w:val="00551F14"/>
    <w:rsid w:val="00570BCE"/>
    <w:rsid w:val="005957B4"/>
    <w:rsid w:val="005D2923"/>
    <w:rsid w:val="0064352B"/>
    <w:rsid w:val="00664B60"/>
    <w:rsid w:val="006873C6"/>
    <w:rsid w:val="00687EBA"/>
    <w:rsid w:val="007D5EDB"/>
    <w:rsid w:val="00835ED7"/>
    <w:rsid w:val="00876AF9"/>
    <w:rsid w:val="0089200A"/>
    <w:rsid w:val="008B35F3"/>
    <w:rsid w:val="008B73CB"/>
    <w:rsid w:val="008E1024"/>
    <w:rsid w:val="008E3D2F"/>
    <w:rsid w:val="00923D12"/>
    <w:rsid w:val="00927C0C"/>
    <w:rsid w:val="00A862EA"/>
    <w:rsid w:val="00AA1D8D"/>
    <w:rsid w:val="00AC7734"/>
    <w:rsid w:val="00B23506"/>
    <w:rsid w:val="00B35E7F"/>
    <w:rsid w:val="00B47730"/>
    <w:rsid w:val="00B5383E"/>
    <w:rsid w:val="00B6630E"/>
    <w:rsid w:val="00B72E63"/>
    <w:rsid w:val="00B91415"/>
    <w:rsid w:val="00B95006"/>
    <w:rsid w:val="00C011B8"/>
    <w:rsid w:val="00C8742E"/>
    <w:rsid w:val="00CB0664"/>
    <w:rsid w:val="00CC1D85"/>
    <w:rsid w:val="00CC740F"/>
    <w:rsid w:val="00CD3BC8"/>
    <w:rsid w:val="00D77999"/>
    <w:rsid w:val="00D87326"/>
    <w:rsid w:val="00DD7F16"/>
    <w:rsid w:val="00E07AD7"/>
    <w:rsid w:val="00EB186D"/>
    <w:rsid w:val="00EC324F"/>
    <w:rsid w:val="00ED6E6B"/>
    <w:rsid w:val="00EE2EB6"/>
    <w:rsid w:val="00F179F8"/>
    <w:rsid w:val="00F52922"/>
    <w:rsid w:val="00F54214"/>
    <w:rsid w:val="00F56DF5"/>
    <w:rsid w:val="00FA28FC"/>
    <w:rsid w:val="00FC693F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C29845"/>
  <w14:defaultImageDpi w14:val="300"/>
  <w15:docId w15:val="{8379B3A1-14BF-4FBA-B5BD-FBC2434D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EB6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Mahdi Mohammadi</cp:lastModifiedBy>
  <cp:revision>9</cp:revision>
  <dcterms:created xsi:type="dcterms:W3CDTF">2026-01-31T06:46:00Z</dcterms:created>
  <dcterms:modified xsi:type="dcterms:W3CDTF">2026-08-24T06:23:00Z</dcterms:modified>
  <cp:category/>
</cp:coreProperties>
</file>